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C82F7" w14:textId="299E3F7F" w:rsidR="002F2511" w:rsidRDefault="00AF208F">
      <w:r>
        <w:rPr>
          <w:lang w:val="it-IT"/>
        </w:rPr>
        <w:tab/>
      </w:r>
      <w:r>
        <w:rPr>
          <w:noProof/>
        </w:rPr>
        <w:drawing>
          <wp:inline distT="0" distB="0" distL="0" distR="0" wp14:anchorId="36F6A5F5" wp14:editId="2F497209">
            <wp:extent cx="6440170" cy="2153880"/>
            <wp:effectExtent l="0" t="0" r="0" b="5715"/>
            <wp:docPr id="2464307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0170" cy="215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8DA050" w14:textId="1DB345CA" w:rsidR="002F2511" w:rsidRDefault="002F2511"/>
    <w:p w14:paraId="431B1513" w14:textId="3C2F60D9" w:rsidR="002F2511" w:rsidRDefault="00AF208F" w:rsidP="00A93E6D">
      <w:pPr>
        <w:keepNext/>
        <w:spacing w:before="20" w:after="20" w:line="240" w:lineRule="auto"/>
        <w:jc w:val="center"/>
        <w:rPr>
          <w:lang w:val="it-IT"/>
        </w:rPr>
      </w:pPr>
      <w:r>
        <w:rPr>
          <w:b/>
          <w:sz w:val="28"/>
          <w:lang w:val="it-IT"/>
        </w:rPr>
        <w:t>MODULO DI AUTORIZZAZIONE/NON AUTORIZZAZIONE</w:t>
      </w:r>
    </w:p>
    <w:p w14:paraId="4E295916" w14:textId="77777777" w:rsidR="00A93E6D" w:rsidRDefault="00AF208F" w:rsidP="00A93E6D">
      <w:pPr>
        <w:spacing w:after="80" w:line="240" w:lineRule="auto"/>
        <w:jc w:val="center"/>
        <w:rPr>
          <w:sz w:val="22"/>
          <w:lang w:val="it-IT"/>
        </w:rPr>
      </w:pPr>
      <w:r>
        <w:rPr>
          <w:b/>
          <w:sz w:val="28"/>
          <w:lang w:val="it-IT"/>
        </w:rPr>
        <w:t>ALL’USCITA AUTONOMA</w:t>
      </w:r>
    </w:p>
    <w:p w14:paraId="234B8639" w14:textId="77777777" w:rsidR="00A93E6D" w:rsidRPr="00A93E6D" w:rsidRDefault="00A93E6D" w:rsidP="00A93E6D">
      <w:pPr>
        <w:spacing w:after="80" w:line="240" w:lineRule="auto"/>
        <w:jc w:val="center"/>
        <w:rPr>
          <w:b/>
          <w:bCs/>
          <w:sz w:val="22"/>
          <w:lang w:val="it-IT"/>
        </w:rPr>
      </w:pPr>
      <w:r w:rsidRPr="00A93E6D">
        <w:rPr>
          <w:b/>
          <w:bCs/>
          <w:sz w:val="22"/>
          <w:lang w:val="it-IT"/>
        </w:rPr>
        <w:t>Al termine delle attività didattiche extracurriculari</w:t>
      </w:r>
    </w:p>
    <w:p w14:paraId="01044C2E" w14:textId="2368FB65" w:rsidR="002F2511" w:rsidRDefault="002F2511">
      <w:pPr>
        <w:keepNext/>
        <w:spacing w:after="20" w:line="240" w:lineRule="auto"/>
        <w:jc w:val="center"/>
        <w:rPr>
          <w:lang w:val="it-IT"/>
        </w:rPr>
      </w:pPr>
    </w:p>
    <w:p w14:paraId="1CEB1EC2" w14:textId="77777777" w:rsidR="002F2511" w:rsidRDefault="00AF208F">
      <w:pPr>
        <w:keepNext/>
        <w:spacing w:line="240" w:lineRule="auto"/>
        <w:jc w:val="center"/>
        <w:rPr>
          <w:b/>
          <w:sz w:val="21"/>
          <w:lang w:val="it-IT"/>
        </w:rPr>
      </w:pPr>
      <w:r>
        <w:rPr>
          <w:b/>
          <w:sz w:val="21"/>
          <w:lang w:val="it-IT"/>
        </w:rPr>
        <w:t xml:space="preserve">Scuola Secondaria di I grado  </w:t>
      </w:r>
    </w:p>
    <w:p w14:paraId="0307CC1A" w14:textId="77777777" w:rsidR="002F2511" w:rsidRDefault="00AF208F">
      <w:pPr>
        <w:keepNext/>
        <w:spacing w:after="60" w:line="240" w:lineRule="auto"/>
        <w:jc w:val="center"/>
        <w:rPr>
          <w:lang w:val="it-IT"/>
        </w:rPr>
      </w:pPr>
      <w:r>
        <w:rPr>
          <w:b/>
          <w:sz w:val="21"/>
          <w:lang w:val="it-IT"/>
        </w:rPr>
        <w:t>A.S. 2026/2027</w:t>
      </w:r>
    </w:p>
    <w:p w14:paraId="5D2DB555" w14:textId="77777777" w:rsidR="002F2511" w:rsidRPr="000B77E2" w:rsidRDefault="00AF208F">
      <w:pPr>
        <w:spacing w:after="80" w:line="240" w:lineRule="auto"/>
        <w:jc w:val="right"/>
        <w:rPr>
          <w:sz w:val="22"/>
          <w:lang w:val="it-IT"/>
        </w:rPr>
      </w:pPr>
      <w:r>
        <w:rPr>
          <w:sz w:val="22"/>
          <w:lang w:val="it-IT"/>
        </w:rPr>
        <w:t>Al Dirigente Scolastico dell’Istituto</w:t>
      </w:r>
      <w:r>
        <w:rPr>
          <w:sz w:val="22"/>
          <w:lang w:val="it-IT"/>
        </w:rPr>
        <w:br/>
      </w:r>
      <w:r w:rsidRPr="000B77E2">
        <w:rPr>
          <w:sz w:val="22"/>
          <w:lang w:val="it-IT"/>
        </w:rPr>
        <w:t>Comprensivo Polo 1 di Nardò</w:t>
      </w:r>
    </w:p>
    <w:p w14:paraId="705B9F4F" w14:textId="2BBF5C87" w:rsidR="000B77E2" w:rsidRPr="000B77E2" w:rsidRDefault="00A93E6D" w:rsidP="000B77E2">
      <w:pPr>
        <w:spacing w:line="360" w:lineRule="auto"/>
        <w:rPr>
          <w:rFonts w:cs="Arial"/>
          <w:sz w:val="24"/>
          <w:szCs w:val="24"/>
        </w:rPr>
      </w:pPr>
      <w:r w:rsidRPr="000B77E2">
        <w:rPr>
          <w:rFonts w:cs="Arial"/>
          <w:sz w:val="24"/>
          <w:szCs w:val="24"/>
          <w:lang w:val="it-IT"/>
        </w:rPr>
        <w:t>I sottoscritti</w:t>
      </w:r>
      <w:r w:rsidR="000B77E2" w:rsidRPr="000B77E2">
        <w:rPr>
          <w:rFonts w:cs="Arial"/>
          <w:sz w:val="24"/>
          <w:szCs w:val="24"/>
        </w:rPr>
        <w:t xml:space="preserve"> </w:t>
      </w:r>
      <w:r w:rsidR="000B77E2" w:rsidRPr="000B77E2">
        <w:rPr>
          <w:rFonts w:cs="Arial"/>
          <w:sz w:val="24"/>
          <w:szCs w:val="24"/>
        </w:rPr>
        <w:t>____________________________________e___________________________________________,</w:t>
      </w:r>
      <w:r w:rsidR="000B77E2" w:rsidRPr="000B77E2">
        <w:rPr>
          <w:rFonts w:cs="Arial"/>
          <w:sz w:val="24"/>
          <w:szCs w:val="24"/>
          <w:lang w:val="it-IT"/>
        </w:rPr>
        <w:t xml:space="preserve"> </w:t>
      </w:r>
      <w:r w:rsidR="000B77E2" w:rsidRPr="000B77E2">
        <w:rPr>
          <w:rFonts w:cs="Arial"/>
          <w:sz w:val="24"/>
          <w:szCs w:val="24"/>
          <w:lang w:val="it-IT"/>
        </w:rPr>
        <w:t>genitori/esercenti la responsabilità genitoriale (tutori, soggetti affidatari)</w:t>
      </w:r>
      <w:r w:rsidR="000B77E2" w:rsidRPr="000B77E2">
        <w:rPr>
          <w:rFonts w:cs="Arial"/>
          <w:sz w:val="24"/>
          <w:szCs w:val="24"/>
          <w:lang w:val="it-IT"/>
        </w:rPr>
        <w:t xml:space="preserve"> </w:t>
      </w:r>
      <w:r w:rsidR="000B77E2" w:rsidRPr="000B77E2">
        <w:rPr>
          <w:rFonts w:cs="Arial"/>
          <w:sz w:val="24"/>
          <w:szCs w:val="24"/>
          <w:lang w:val="it-IT"/>
        </w:rPr>
        <w:t>del minore _______________________________, frequentante la classe ______ della Scuola Secondaria di I Grado</w:t>
      </w:r>
      <w:r w:rsidR="000B77E2" w:rsidRPr="000B77E2">
        <w:rPr>
          <w:rFonts w:cs="Arial"/>
          <w:sz w:val="24"/>
          <w:szCs w:val="24"/>
        </w:rPr>
        <w:t xml:space="preserve"> </w:t>
      </w:r>
      <w:proofErr w:type="spellStart"/>
      <w:r w:rsidR="000B77E2" w:rsidRPr="000B77E2">
        <w:rPr>
          <w:rFonts w:cs="Arial"/>
          <w:sz w:val="24"/>
          <w:szCs w:val="24"/>
        </w:rPr>
        <w:t>residente</w:t>
      </w:r>
      <w:proofErr w:type="spellEnd"/>
      <w:r w:rsidR="000B77E2" w:rsidRPr="000B77E2">
        <w:rPr>
          <w:rFonts w:cs="Arial"/>
          <w:sz w:val="24"/>
          <w:szCs w:val="24"/>
        </w:rPr>
        <w:t>/</w:t>
      </w:r>
      <w:proofErr w:type="spellStart"/>
      <w:r w:rsidR="000B77E2" w:rsidRPr="000B77E2">
        <w:rPr>
          <w:rFonts w:cs="Arial"/>
          <w:sz w:val="24"/>
          <w:szCs w:val="24"/>
        </w:rPr>
        <w:t>domiciliato</w:t>
      </w:r>
      <w:proofErr w:type="spellEnd"/>
      <w:r w:rsidR="000B77E2" w:rsidRPr="000B77E2">
        <w:rPr>
          <w:rFonts w:cs="Arial"/>
          <w:sz w:val="24"/>
          <w:szCs w:val="24"/>
        </w:rPr>
        <w:t xml:space="preserve"> in ___________________________________________________________________________</w:t>
      </w:r>
      <w:r w:rsidR="000B77E2" w:rsidRPr="000B77E2">
        <w:rPr>
          <w:rFonts w:cs="Arial"/>
          <w:sz w:val="24"/>
          <w:szCs w:val="24"/>
          <w:lang w:val="it-IT"/>
        </w:rPr>
        <w:t xml:space="preserve"> </w:t>
      </w:r>
      <w:r w:rsidR="000B77E2" w:rsidRPr="000B77E2">
        <w:rPr>
          <w:rFonts w:cs="Arial"/>
          <w:sz w:val="24"/>
          <w:szCs w:val="24"/>
          <w:lang w:val="it-IT"/>
        </w:rPr>
        <w:t xml:space="preserve">Plesso:  </w:t>
      </w:r>
      <w:r w:rsidR="000B77E2" w:rsidRPr="000B77E2">
        <w:rPr>
          <w:rFonts w:ascii="Segoe UI Symbol" w:hAnsi="Segoe UI Symbol" w:cs="Segoe UI Symbol"/>
          <w:sz w:val="24"/>
          <w:szCs w:val="24"/>
          <w:lang w:val="it-IT"/>
        </w:rPr>
        <w:t>☐</w:t>
      </w:r>
      <w:r w:rsidR="000B77E2" w:rsidRPr="000B77E2">
        <w:rPr>
          <w:rFonts w:cs="Arial"/>
          <w:sz w:val="24"/>
          <w:szCs w:val="24"/>
          <w:lang w:val="it-IT"/>
        </w:rPr>
        <w:t xml:space="preserve"> Via Foggia      </w:t>
      </w:r>
      <w:r w:rsidR="000B77E2" w:rsidRPr="000B77E2">
        <w:rPr>
          <w:rFonts w:ascii="Segoe UI Symbol" w:hAnsi="Segoe UI Symbol" w:cs="Segoe UI Symbol"/>
          <w:sz w:val="24"/>
          <w:szCs w:val="24"/>
          <w:lang w:val="it-IT"/>
        </w:rPr>
        <w:t>☐</w:t>
      </w:r>
      <w:r w:rsidR="000B77E2" w:rsidRPr="000B77E2">
        <w:rPr>
          <w:rFonts w:cs="Arial"/>
          <w:sz w:val="24"/>
          <w:szCs w:val="24"/>
          <w:lang w:val="it-IT"/>
        </w:rPr>
        <w:t xml:space="preserve"> Viale della Costituzione</w:t>
      </w:r>
    </w:p>
    <w:p w14:paraId="039BD964" w14:textId="77777777" w:rsidR="00A93E6D" w:rsidRPr="000B77E2" w:rsidRDefault="00A93E6D" w:rsidP="000B77E2">
      <w:pPr>
        <w:spacing w:line="240" w:lineRule="auto"/>
        <w:jc w:val="both"/>
        <w:rPr>
          <w:rFonts w:cs="Arial"/>
          <w:sz w:val="24"/>
          <w:szCs w:val="24"/>
          <w:lang w:val="it-IT"/>
        </w:rPr>
      </w:pPr>
      <w:r w:rsidRPr="000B77E2">
        <w:rPr>
          <w:rFonts w:cs="Arial"/>
          <w:sz w:val="24"/>
          <w:szCs w:val="24"/>
          <w:lang w:val="it-IT"/>
        </w:rPr>
        <w:t>partecipante alle attività extracurriculari relative ai seguenti progetti:</w:t>
      </w:r>
    </w:p>
    <w:p w14:paraId="0CEF8AA7" w14:textId="15A6F0A0" w:rsidR="00A93E6D" w:rsidRPr="000B77E2" w:rsidRDefault="00A93E6D" w:rsidP="000B77E2">
      <w:pPr>
        <w:numPr>
          <w:ilvl w:val="0"/>
          <w:numId w:val="10"/>
        </w:numPr>
        <w:spacing w:line="240" w:lineRule="auto"/>
        <w:jc w:val="both"/>
        <w:rPr>
          <w:rFonts w:cs="Arial"/>
          <w:sz w:val="24"/>
          <w:szCs w:val="24"/>
          <w:lang w:val="it-IT"/>
        </w:rPr>
      </w:pPr>
      <w:r w:rsidRPr="000B77E2">
        <w:rPr>
          <w:rFonts w:cs="Arial"/>
          <w:sz w:val="24"/>
          <w:szCs w:val="24"/>
          <w:lang w:val="it-IT"/>
        </w:rPr>
        <w:t>PN233 “Costruire il Futuro: Percorsi di Orientamento tra Esperienza, Creatività e Scoperta”</w:t>
      </w:r>
      <w:r w:rsidRPr="000B77E2">
        <w:rPr>
          <w:rFonts w:cs="Arial"/>
          <w:sz w:val="24"/>
          <w:szCs w:val="24"/>
          <w:lang w:val="it-IT"/>
        </w:rPr>
        <w:t xml:space="preserve"> </w:t>
      </w:r>
      <w:r w:rsidRPr="000B77E2">
        <w:rPr>
          <w:rFonts w:cs="Arial"/>
          <w:sz w:val="24"/>
          <w:szCs w:val="24"/>
          <w:lang w:val="it-IT"/>
        </w:rPr>
        <w:t>Codice progetto: ESO4.6.A4.D-FSEPNPU-2025-35CUP: J71I25000020006</w:t>
      </w:r>
      <w:r w:rsidRPr="000B77E2">
        <w:rPr>
          <w:rFonts w:cs="Arial"/>
          <w:sz w:val="24"/>
          <w:szCs w:val="24"/>
          <w:lang w:val="it-IT"/>
        </w:rPr>
        <w:t xml:space="preserve">; </w:t>
      </w:r>
    </w:p>
    <w:p w14:paraId="5CA6DA6B" w14:textId="4069F055" w:rsidR="00A93E6D" w:rsidRDefault="00A93E6D" w:rsidP="000B77E2">
      <w:pPr>
        <w:numPr>
          <w:ilvl w:val="0"/>
          <w:numId w:val="10"/>
        </w:numPr>
        <w:spacing w:line="240" w:lineRule="auto"/>
        <w:jc w:val="both"/>
        <w:rPr>
          <w:rFonts w:cs="Arial"/>
          <w:sz w:val="24"/>
          <w:szCs w:val="24"/>
          <w:lang w:val="it-IT"/>
        </w:rPr>
      </w:pPr>
      <w:r w:rsidRPr="000B77E2">
        <w:rPr>
          <w:rFonts w:cs="Arial"/>
          <w:sz w:val="24"/>
          <w:szCs w:val="24"/>
          <w:lang w:val="it-IT"/>
        </w:rPr>
        <w:t>Piano Estate 2025-2026 “Competenze in azione”</w:t>
      </w:r>
      <w:r w:rsidRPr="000B77E2">
        <w:rPr>
          <w:rFonts w:cs="Arial"/>
          <w:sz w:val="24"/>
          <w:szCs w:val="24"/>
          <w:lang w:val="it-IT"/>
        </w:rPr>
        <w:t xml:space="preserve"> </w:t>
      </w:r>
      <w:r w:rsidRPr="000B77E2">
        <w:rPr>
          <w:rFonts w:cs="Arial"/>
          <w:sz w:val="24"/>
          <w:szCs w:val="24"/>
          <w:lang w:val="it-IT"/>
        </w:rPr>
        <w:t>Codice progetto: ESO4.6.A4.AFSEPNPU-2025-491</w:t>
      </w:r>
      <w:r w:rsidRPr="000B77E2">
        <w:rPr>
          <w:rFonts w:cs="Arial"/>
          <w:sz w:val="24"/>
          <w:szCs w:val="24"/>
          <w:lang w:val="it-IT"/>
        </w:rPr>
        <w:t xml:space="preserve"> </w:t>
      </w:r>
      <w:r w:rsidRPr="000B77E2">
        <w:rPr>
          <w:rFonts w:cs="Arial"/>
          <w:sz w:val="24"/>
          <w:szCs w:val="24"/>
          <w:lang w:val="it-IT"/>
        </w:rPr>
        <w:t>CUP: J71I25000050006</w:t>
      </w:r>
      <w:r w:rsidRPr="000B77E2">
        <w:rPr>
          <w:rFonts w:cs="Arial"/>
          <w:sz w:val="24"/>
          <w:szCs w:val="24"/>
          <w:lang w:val="it-IT"/>
        </w:rPr>
        <w:t>;</w:t>
      </w:r>
    </w:p>
    <w:p w14:paraId="16236793" w14:textId="77777777" w:rsidR="000B77E2" w:rsidRPr="000B77E2" w:rsidRDefault="000B77E2" w:rsidP="000B77E2">
      <w:pPr>
        <w:numPr>
          <w:ilvl w:val="0"/>
          <w:numId w:val="10"/>
        </w:numPr>
        <w:spacing w:line="240" w:lineRule="auto"/>
        <w:jc w:val="both"/>
        <w:rPr>
          <w:rFonts w:cs="Arial"/>
          <w:sz w:val="24"/>
          <w:szCs w:val="24"/>
          <w:lang w:val="it-IT"/>
        </w:rPr>
      </w:pPr>
    </w:p>
    <w:p w14:paraId="08162C17" w14:textId="77777777" w:rsidR="00A93E6D" w:rsidRPr="000B77E2" w:rsidRDefault="00A93E6D" w:rsidP="000B77E2">
      <w:pPr>
        <w:spacing w:line="240" w:lineRule="auto"/>
        <w:jc w:val="center"/>
        <w:rPr>
          <w:rFonts w:cs="Arial"/>
          <w:b/>
          <w:bCs/>
          <w:sz w:val="24"/>
          <w:szCs w:val="24"/>
          <w:lang w:val="it-IT"/>
        </w:rPr>
      </w:pPr>
      <w:r w:rsidRPr="000B77E2">
        <w:rPr>
          <w:rFonts w:cs="Arial"/>
          <w:b/>
          <w:bCs/>
          <w:sz w:val="24"/>
          <w:szCs w:val="24"/>
          <w:lang w:val="it-IT"/>
        </w:rPr>
        <w:t>DICHIARANO</w:t>
      </w:r>
    </w:p>
    <w:p w14:paraId="7E1C24F0" w14:textId="77777777" w:rsidR="000B77E2" w:rsidRPr="000B77E2" w:rsidRDefault="000B77E2" w:rsidP="000B77E2">
      <w:pPr>
        <w:spacing w:line="240" w:lineRule="auto"/>
        <w:jc w:val="center"/>
        <w:rPr>
          <w:rFonts w:cs="Arial"/>
          <w:sz w:val="24"/>
          <w:szCs w:val="24"/>
          <w:lang w:val="it-IT"/>
        </w:rPr>
      </w:pPr>
    </w:p>
    <w:p w14:paraId="55A63370" w14:textId="77777777" w:rsidR="00A93E6D" w:rsidRPr="000B77E2" w:rsidRDefault="00A93E6D" w:rsidP="000B77E2">
      <w:pPr>
        <w:numPr>
          <w:ilvl w:val="0"/>
          <w:numId w:val="11"/>
        </w:numPr>
        <w:spacing w:line="240" w:lineRule="auto"/>
        <w:jc w:val="both"/>
        <w:rPr>
          <w:rFonts w:cs="Arial"/>
          <w:sz w:val="24"/>
          <w:szCs w:val="24"/>
          <w:lang w:val="it-IT"/>
        </w:rPr>
      </w:pPr>
      <w:r w:rsidRPr="000B77E2">
        <w:rPr>
          <w:rFonts w:cs="Arial"/>
          <w:sz w:val="24"/>
          <w:szCs w:val="24"/>
          <w:lang w:val="it-IT"/>
        </w:rPr>
        <w:t>di aver preso visione delle disposizioni previste dall’art. 19-bis del D.L. n. 148/2017, convertito dalla L. n. 172/2017, in materia di uscita autonoma dei minori di 14 anni;</w:t>
      </w:r>
    </w:p>
    <w:p w14:paraId="64103BA8" w14:textId="77777777" w:rsidR="00A93E6D" w:rsidRPr="000B77E2" w:rsidRDefault="00A93E6D" w:rsidP="000B77E2">
      <w:pPr>
        <w:numPr>
          <w:ilvl w:val="0"/>
          <w:numId w:val="11"/>
        </w:numPr>
        <w:spacing w:line="240" w:lineRule="auto"/>
        <w:jc w:val="both"/>
        <w:rPr>
          <w:rFonts w:cs="Arial"/>
          <w:sz w:val="24"/>
          <w:szCs w:val="24"/>
          <w:lang w:val="it-IT"/>
        </w:rPr>
      </w:pPr>
      <w:r w:rsidRPr="000B77E2">
        <w:rPr>
          <w:rFonts w:cs="Arial"/>
          <w:sz w:val="24"/>
          <w:szCs w:val="24"/>
          <w:lang w:val="it-IT"/>
        </w:rPr>
        <w:t>di aver valutato l’età, il grado di autonomia del/della proprio/a figlio/a e le caratteristiche del contesto in cui avverrà l’uscita;</w:t>
      </w:r>
    </w:p>
    <w:p w14:paraId="5DCD926B" w14:textId="77777777" w:rsidR="00A93E6D" w:rsidRPr="000B77E2" w:rsidRDefault="00A93E6D" w:rsidP="000B77E2">
      <w:pPr>
        <w:numPr>
          <w:ilvl w:val="0"/>
          <w:numId w:val="11"/>
        </w:numPr>
        <w:spacing w:line="240" w:lineRule="auto"/>
        <w:jc w:val="both"/>
        <w:rPr>
          <w:rFonts w:cs="Arial"/>
          <w:sz w:val="24"/>
          <w:szCs w:val="24"/>
          <w:lang w:val="it-IT"/>
        </w:rPr>
      </w:pPr>
      <w:r w:rsidRPr="000B77E2">
        <w:rPr>
          <w:rFonts w:cs="Arial"/>
          <w:sz w:val="24"/>
          <w:szCs w:val="24"/>
          <w:lang w:val="it-IT"/>
        </w:rPr>
        <w:t>di ritenere il/la proprio/a figlio/a in grado di rientrare autonomamente presso la propria abitazione o di raggiungere il luogo concordato con la famiglia;</w:t>
      </w:r>
    </w:p>
    <w:p w14:paraId="3276EC69" w14:textId="77777777" w:rsidR="00A93E6D" w:rsidRPr="000B77E2" w:rsidRDefault="00A93E6D" w:rsidP="000B77E2">
      <w:pPr>
        <w:numPr>
          <w:ilvl w:val="0"/>
          <w:numId w:val="11"/>
        </w:numPr>
        <w:spacing w:line="240" w:lineRule="auto"/>
        <w:jc w:val="both"/>
        <w:rPr>
          <w:rFonts w:cs="Arial"/>
          <w:sz w:val="24"/>
          <w:szCs w:val="24"/>
          <w:lang w:val="it-IT"/>
        </w:rPr>
      </w:pPr>
      <w:r w:rsidRPr="000B77E2">
        <w:rPr>
          <w:rFonts w:cs="Arial"/>
          <w:sz w:val="24"/>
          <w:szCs w:val="24"/>
          <w:lang w:val="it-IT"/>
        </w:rPr>
        <w:t>di aver fornito al/alla minore le necessarie indicazioni relative al percorso e alle norme di comportamento e sicurezza da rispettare;</w:t>
      </w:r>
    </w:p>
    <w:p w14:paraId="11EE906A" w14:textId="42B10EB9" w:rsidR="000B77E2" w:rsidRDefault="00A93E6D" w:rsidP="000B77E2">
      <w:pPr>
        <w:numPr>
          <w:ilvl w:val="0"/>
          <w:numId w:val="11"/>
        </w:numPr>
        <w:spacing w:line="240" w:lineRule="auto"/>
        <w:jc w:val="both"/>
        <w:rPr>
          <w:rFonts w:cs="Arial"/>
          <w:sz w:val="24"/>
          <w:szCs w:val="24"/>
          <w:lang w:val="it-IT"/>
        </w:rPr>
      </w:pPr>
      <w:r w:rsidRPr="000B77E2">
        <w:rPr>
          <w:rFonts w:cs="Arial"/>
          <w:sz w:val="24"/>
          <w:szCs w:val="24"/>
          <w:lang w:val="it-IT"/>
        </w:rPr>
        <w:t>di essere consapevoli che, una volta autorizzata l’uscita e terminata l’attività scolastica, la vigilanza sul minore passa alla responsabilità della famiglia.</w:t>
      </w:r>
    </w:p>
    <w:p w14:paraId="06D52D91" w14:textId="77777777" w:rsidR="000B77E2" w:rsidRPr="000B77E2" w:rsidRDefault="000B77E2" w:rsidP="000B77E2">
      <w:pPr>
        <w:numPr>
          <w:ilvl w:val="0"/>
          <w:numId w:val="11"/>
        </w:numPr>
        <w:spacing w:line="240" w:lineRule="auto"/>
        <w:jc w:val="both"/>
        <w:rPr>
          <w:rFonts w:cs="Arial"/>
          <w:sz w:val="24"/>
          <w:szCs w:val="24"/>
          <w:lang w:val="it-IT"/>
        </w:rPr>
      </w:pPr>
    </w:p>
    <w:p w14:paraId="32A71E36" w14:textId="7D647522" w:rsidR="00A93E6D" w:rsidRPr="000B77E2" w:rsidRDefault="00A93E6D" w:rsidP="000B77E2">
      <w:pPr>
        <w:spacing w:line="240" w:lineRule="auto"/>
        <w:jc w:val="center"/>
        <w:rPr>
          <w:rFonts w:cs="Arial"/>
          <w:b/>
          <w:bCs/>
          <w:sz w:val="24"/>
          <w:szCs w:val="24"/>
          <w:lang w:val="it-IT"/>
        </w:rPr>
      </w:pPr>
      <w:r w:rsidRPr="000B77E2">
        <w:rPr>
          <w:rFonts w:cs="Arial"/>
          <w:b/>
          <w:bCs/>
          <w:sz w:val="24"/>
          <w:szCs w:val="24"/>
          <w:lang w:val="it-IT"/>
        </w:rPr>
        <w:t>AUTORIZZANO</w:t>
      </w:r>
    </w:p>
    <w:p w14:paraId="503ECA58" w14:textId="77777777" w:rsidR="00A93E6D" w:rsidRPr="000B77E2" w:rsidRDefault="00A93E6D" w:rsidP="000B77E2">
      <w:pPr>
        <w:spacing w:line="240" w:lineRule="auto"/>
        <w:jc w:val="both"/>
        <w:rPr>
          <w:rFonts w:cs="Arial"/>
          <w:sz w:val="24"/>
          <w:szCs w:val="24"/>
          <w:lang w:val="it-IT"/>
        </w:rPr>
      </w:pPr>
      <w:r w:rsidRPr="000B77E2">
        <w:rPr>
          <w:rFonts w:cs="Arial"/>
          <w:b/>
          <w:bCs/>
          <w:sz w:val="24"/>
          <w:szCs w:val="24"/>
          <w:lang w:val="it-IT"/>
        </w:rPr>
        <w:lastRenderedPageBreak/>
        <w:t>l’Istituzione scolastica a consentire al/alla proprio/a figlio/a l’uscita autonoma dai locali scolastici al termine delle attività didattiche extracurriculari</w:t>
      </w:r>
      <w:r w:rsidRPr="000B77E2">
        <w:rPr>
          <w:rFonts w:cs="Arial"/>
          <w:sz w:val="24"/>
          <w:szCs w:val="24"/>
          <w:lang w:val="it-IT"/>
        </w:rPr>
        <w:t>, ai sensi dell’art. 19-bis del D.L. n. 148/2017, convertito dalla L. n. 172/2017.</w:t>
      </w:r>
    </w:p>
    <w:p w14:paraId="13E56BD0" w14:textId="77777777" w:rsidR="00A93E6D" w:rsidRPr="000B77E2" w:rsidRDefault="00A93E6D" w:rsidP="000B77E2">
      <w:pPr>
        <w:spacing w:line="240" w:lineRule="auto"/>
        <w:jc w:val="both"/>
        <w:rPr>
          <w:rFonts w:cs="Arial"/>
          <w:sz w:val="24"/>
          <w:szCs w:val="24"/>
          <w:lang w:val="it-IT"/>
        </w:rPr>
      </w:pPr>
      <w:r w:rsidRPr="000B77E2">
        <w:rPr>
          <w:rFonts w:cs="Arial"/>
          <w:sz w:val="24"/>
          <w:szCs w:val="24"/>
          <w:lang w:val="it-IT"/>
        </w:rPr>
        <w:t>I sottoscritti sono consapevoli che, ai sensi della normativa citata, l’autorizzazione esonera il personale scolastico dalla responsabilità connessa all’adempimento dell’obbligo di vigilanza al termine delle attività e successivamente all’uscita dell’alunno/a dai locali scolastici.</w:t>
      </w:r>
    </w:p>
    <w:p w14:paraId="6365B5DF" w14:textId="77777777" w:rsidR="00A93E6D" w:rsidRPr="000B77E2" w:rsidRDefault="00A93E6D" w:rsidP="000B77E2">
      <w:pPr>
        <w:spacing w:line="240" w:lineRule="auto"/>
        <w:jc w:val="both"/>
        <w:rPr>
          <w:rFonts w:cs="Arial"/>
          <w:sz w:val="24"/>
          <w:szCs w:val="24"/>
          <w:lang w:val="it-IT"/>
        </w:rPr>
      </w:pPr>
      <w:r w:rsidRPr="000B77E2">
        <w:rPr>
          <w:rFonts w:cs="Arial"/>
          <w:sz w:val="24"/>
          <w:szCs w:val="24"/>
          <w:lang w:val="it-IT"/>
        </w:rPr>
        <w:t>La presente autorizzazione resterà valida per le attività dei progetti sopra indicati, salvo eventuale revoca scritta da parte degli esercenti la responsabilità genitoriale.</w:t>
      </w:r>
    </w:p>
    <w:p w14:paraId="4FFF0567" w14:textId="77777777" w:rsidR="00A93E6D" w:rsidRPr="000B77E2" w:rsidRDefault="00A93E6D" w:rsidP="000B77E2">
      <w:pPr>
        <w:spacing w:line="240" w:lineRule="auto"/>
        <w:jc w:val="both"/>
        <w:rPr>
          <w:rFonts w:cs="Arial"/>
          <w:sz w:val="24"/>
          <w:szCs w:val="24"/>
          <w:lang w:val="it-IT"/>
        </w:rPr>
      </w:pPr>
      <w:r w:rsidRPr="000B77E2">
        <w:rPr>
          <w:rFonts w:cs="Arial"/>
          <w:sz w:val="24"/>
          <w:szCs w:val="24"/>
          <w:lang w:val="it-IT"/>
        </w:rPr>
        <w:t>In assenza dell’autorizzazione, l’alunno/a dovrà essere prelevato/a al termine delle attività da un genitore/tutore o da persona formalmente delegata secondo le modalità stabilite dall’Istituto.</w:t>
      </w:r>
    </w:p>
    <w:p w14:paraId="534ED1E5" w14:textId="178B8E81" w:rsidR="00B53D96" w:rsidRPr="000B77E2" w:rsidRDefault="00B53D96" w:rsidP="000B77E2">
      <w:pPr>
        <w:spacing w:line="240" w:lineRule="auto"/>
        <w:jc w:val="both"/>
        <w:rPr>
          <w:rFonts w:cs="Arial"/>
          <w:sz w:val="24"/>
          <w:szCs w:val="24"/>
          <w:lang w:val="it-IT"/>
        </w:rPr>
      </w:pPr>
      <w:r w:rsidRPr="000B77E2">
        <w:rPr>
          <w:rFonts w:cs="Arial"/>
          <w:sz w:val="24"/>
          <w:szCs w:val="24"/>
          <w:lang w:val="it-IT"/>
        </w:rPr>
        <w:t>Si allega documento d’identità di entrambi i genitori/ tutori oppure in caso di firma di un singolo genitore il documento d’identità di un singolo genitore.</w:t>
      </w:r>
    </w:p>
    <w:p w14:paraId="31BEEE74" w14:textId="77777777" w:rsidR="00B53D96" w:rsidRPr="000B77E2" w:rsidRDefault="00B53D96" w:rsidP="00A93E6D">
      <w:pPr>
        <w:spacing w:after="80" w:line="240" w:lineRule="auto"/>
        <w:jc w:val="both"/>
        <w:rPr>
          <w:rFonts w:cs="Arial"/>
          <w:sz w:val="24"/>
          <w:szCs w:val="24"/>
          <w:lang w:val="it-IT"/>
        </w:rPr>
      </w:pPr>
    </w:p>
    <w:p w14:paraId="057F0EA6" w14:textId="2EF955C3" w:rsidR="00A93E6D" w:rsidRPr="000B77E2" w:rsidRDefault="00A93E6D" w:rsidP="00A93E6D">
      <w:pPr>
        <w:spacing w:after="80" w:line="240" w:lineRule="auto"/>
        <w:jc w:val="both"/>
        <w:rPr>
          <w:rFonts w:cs="Arial"/>
          <w:sz w:val="24"/>
          <w:szCs w:val="24"/>
          <w:lang w:val="it-IT"/>
        </w:rPr>
      </w:pPr>
      <w:r w:rsidRPr="000B77E2">
        <w:rPr>
          <w:rFonts w:cs="Arial"/>
          <w:b/>
          <w:bCs/>
          <w:sz w:val="24"/>
          <w:szCs w:val="24"/>
          <w:lang w:val="it-IT"/>
        </w:rPr>
        <w:t>Luogo e data:</w:t>
      </w:r>
      <w:r w:rsidRPr="000B77E2">
        <w:rPr>
          <w:rFonts w:cs="Arial"/>
          <w:sz w:val="24"/>
          <w:szCs w:val="24"/>
          <w:lang w:val="it-IT"/>
        </w:rPr>
        <w:t xml:space="preserve"> _____________________________</w:t>
      </w:r>
    </w:p>
    <w:p w14:paraId="5C01255B" w14:textId="77777777" w:rsidR="000B77E2" w:rsidRPr="000B77E2" w:rsidRDefault="000B77E2" w:rsidP="000B77E2">
      <w:pPr>
        <w:spacing w:after="100"/>
        <w:rPr>
          <w:rFonts w:cs="Arial"/>
          <w:sz w:val="24"/>
          <w:szCs w:val="24"/>
          <w:lang w:val="it-IT"/>
        </w:rPr>
      </w:pPr>
      <w:r w:rsidRPr="000B77E2">
        <w:rPr>
          <w:rFonts w:cs="Arial"/>
          <w:sz w:val="24"/>
          <w:szCs w:val="24"/>
          <w:lang w:val="it-IT"/>
        </w:rPr>
        <w:t>Nardò, _______________________</w:t>
      </w:r>
    </w:p>
    <w:p w14:paraId="3302F551" w14:textId="77777777" w:rsidR="000B77E2" w:rsidRPr="000B77E2" w:rsidRDefault="000B77E2" w:rsidP="000B77E2">
      <w:pPr>
        <w:spacing w:after="80"/>
        <w:ind w:right="-546"/>
        <w:jc w:val="center"/>
        <w:rPr>
          <w:rFonts w:cs="Arial"/>
          <w:sz w:val="24"/>
          <w:szCs w:val="24"/>
          <w:lang w:val="it-IT"/>
        </w:rPr>
      </w:pPr>
      <w:r w:rsidRPr="000B77E2">
        <w:rPr>
          <w:rFonts w:cs="Arial"/>
          <w:b/>
          <w:sz w:val="24"/>
          <w:szCs w:val="24"/>
          <w:lang w:val="it-IT"/>
        </w:rPr>
        <w:tab/>
      </w:r>
      <w:r w:rsidRPr="000B77E2">
        <w:rPr>
          <w:rFonts w:cs="Arial"/>
          <w:b/>
          <w:sz w:val="24"/>
          <w:szCs w:val="24"/>
          <w:lang w:val="it-IT"/>
        </w:rPr>
        <w:tab/>
      </w:r>
      <w:r w:rsidRPr="000B77E2">
        <w:rPr>
          <w:rFonts w:cs="Arial"/>
          <w:b/>
          <w:sz w:val="24"/>
          <w:szCs w:val="24"/>
          <w:lang w:val="it-IT"/>
        </w:rPr>
        <w:tab/>
      </w:r>
      <w:r w:rsidRPr="000B77E2">
        <w:rPr>
          <w:rFonts w:cs="Arial"/>
          <w:b/>
          <w:sz w:val="24"/>
          <w:szCs w:val="24"/>
          <w:lang w:val="it-IT"/>
        </w:rPr>
        <w:tab/>
      </w:r>
      <w:r w:rsidRPr="000B77E2">
        <w:rPr>
          <w:rFonts w:cs="Arial"/>
          <w:b/>
          <w:sz w:val="24"/>
          <w:szCs w:val="24"/>
          <w:lang w:val="it-IT"/>
        </w:rPr>
        <w:tab/>
      </w:r>
      <w:r w:rsidRPr="000B77E2">
        <w:rPr>
          <w:rFonts w:cs="Arial"/>
          <w:b/>
          <w:sz w:val="24"/>
          <w:szCs w:val="24"/>
          <w:lang w:val="it-IT"/>
        </w:rPr>
        <w:tab/>
      </w:r>
      <w:r w:rsidRPr="000B77E2">
        <w:rPr>
          <w:rFonts w:cs="Arial"/>
          <w:b/>
          <w:sz w:val="24"/>
          <w:szCs w:val="24"/>
          <w:lang w:val="it-IT"/>
        </w:rPr>
        <w:tab/>
        <w:t xml:space="preserve">    Firma del genitore/tutore/affidatario</w:t>
      </w:r>
    </w:p>
    <w:p w14:paraId="1389F56D" w14:textId="77777777" w:rsidR="000B77E2" w:rsidRPr="000B77E2" w:rsidRDefault="000B77E2" w:rsidP="000B77E2">
      <w:pPr>
        <w:jc w:val="center"/>
        <w:rPr>
          <w:rFonts w:cs="Arial"/>
          <w:sz w:val="24"/>
          <w:szCs w:val="24"/>
        </w:rPr>
      </w:pPr>
      <w:r w:rsidRPr="000B77E2">
        <w:rPr>
          <w:rFonts w:cs="Arial"/>
          <w:sz w:val="24"/>
          <w:szCs w:val="24"/>
          <w:lang w:val="it-IT"/>
        </w:rPr>
        <w:tab/>
      </w:r>
      <w:r w:rsidRPr="000B77E2">
        <w:rPr>
          <w:rFonts w:cs="Arial"/>
          <w:sz w:val="24"/>
          <w:szCs w:val="24"/>
          <w:lang w:val="it-IT"/>
        </w:rPr>
        <w:tab/>
      </w:r>
      <w:r w:rsidRPr="000B77E2">
        <w:rPr>
          <w:rFonts w:cs="Arial"/>
          <w:sz w:val="24"/>
          <w:szCs w:val="24"/>
          <w:lang w:val="it-IT"/>
        </w:rPr>
        <w:tab/>
      </w:r>
      <w:r w:rsidRPr="000B77E2">
        <w:rPr>
          <w:rFonts w:cs="Arial"/>
          <w:sz w:val="24"/>
          <w:szCs w:val="24"/>
          <w:lang w:val="it-IT"/>
        </w:rPr>
        <w:tab/>
      </w:r>
      <w:r w:rsidRPr="000B77E2">
        <w:rPr>
          <w:rFonts w:cs="Arial"/>
          <w:sz w:val="24"/>
          <w:szCs w:val="24"/>
          <w:lang w:val="it-IT"/>
        </w:rPr>
        <w:tab/>
      </w:r>
      <w:r w:rsidRPr="000B77E2">
        <w:rPr>
          <w:rFonts w:cs="Arial"/>
          <w:sz w:val="24"/>
          <w:szCs w:val="24"/>
          <w:lang w:val="it-IT"/>
        </w:rPr>
        <w:tab/>
      </w:r>
      <w:r w:rsidRPr="000B77E2">
        <w:rPr>
          <w:rFonts w:cs="Arial"/>
          <w:sz w:val="24"/>
          <w:szCs w:val="24"/>
          <w:lang w:val="it-IT"/>
        </w:rPr>
        <w:tab/>
      </w:r>
      <w:r w:rsidRPr="000B77E2">
        <w:rPr>
          <w:rFonts w:cs="Arial"/>
          <w:sz w:val="24"/>
          <w:szCs w:val="24"/>
          <w:lang w:val="it-IT"/>
        </w:rPr>
        <w:tab/>
      </w:r>
      <w:r w:rsidRPr="000B77E2">
        <w:rPr>
          <w:rFonts w:cs="Arial"/>
          <w:sz w:val="24"/>
          <w:szCs w:val="24"/>
        </w:rPr>
        <w:t>_______________________________</w:t>
      </w:r>
    </w:p>
    <w:p w14:paraId="1572A7CD" w14:textId="77777777" w:rsidR="000B77E2" w:rsidRPr="000B77E2" w:rsidRDefault="000B77E2" w:rsidP="000B77E2">
      <w:pPr>
        <w:spacing w:after="80"/>
        <w:ind w:right="-546"/>
        <w:jc w:val="center"/>
        <w:rPr>
          <w:rFonts w:cs="Arial"/>
          <w:sz w:val="24"/>
          <w:szCs w:val="24"/>
          <w:lang w:val="it-IT"/>
        </w:rPr>
      </w:pPr>
    </w:p>
    <w:p w14:paraId="45550315" w14:textId="0608AA1C" w:rsidR="000B77E2" w:rsidRPr="000B77E2" w:rsidRDefault="000B77E2" w:rsidP="000B77E2">
      <w:pPr>
        <w:spacing w:after="80"/>
        <w:ind w:right="-546"/>
        <w:jc w:val="center"/>
        <w:rPr>
          <w:rFonts w:cs="Arial"/>
          <w:sz w:val="24"/>
          <w:szCs w:val="24"/>
          <w:lang w:val="it-IT"/>
        </w:rPr>
      </w:pPr>
      <w:r w:rsidRPr="000B77E2">
        <w:rPr>
          <w:rFonts w:cs="Arial"/>
          <w:b/>
          <w:sz w:val="24"/>
          <w:szCs w:val="24"/>
          <w:lang w:val="it-IT"/>
        </w:rPr>
        <w:tab/>
      </w:r>
      <w:r w:rsidRPr="000B77E2">
        <w:rPr>
          <w:rFonts w:cs="Arial"/>
          <w:b/>
          <w:sz w:val="24"/>
          <w:szCs w:val="24"/>
          <w:lang w:val="it-IT"/>
        </w:rPr>
        <w:tab/>
      </w:r>
      <w:r w:rsidRPr="000B77E2">
        <w:rPr>
          <w:rFonts w:cs="Arial"/>
          <w:b/>
          <w:sz w:val="24"/>
          <w:szCs w:val="24"/>
          <w:lang w:val="it-IT"/>
        </w:rPr>
        <w:tab/>
      </w:r>
      <w:r w:rsidRPr="000B77E2">
        <w:rPr>
          <w:rFonts w:cs="Arial"/>
          <w:b/>
          <w:sz w:val="24"/>
          <w:szCs w:val="24"/>
          <w:lang w:val="it-IT"/>
        </w:rPr>
        <w:tab/>
      </w:r>
      <w:r w:rsidRPr="000B77E2">
        <w:rPr>
          <w:rFonts w:cs="Arial"/>
          <w:b/>
          <w:sz w:val="24"/>
          <w:szCs w:val="24"/>
          <w:lang w:val="it-IT"/>
        </w:rPr>
        <w:tab/>
      </w:r>
      <w:r w:rsidRPr="000B77E2">
        <w:rPr>
          <w:rFonts w:cs="Arial"/>
          <w:b/>
          <w:sz w:val="24"/>
          <w:szCs w:val="24"/>
          <w:lang w:val="it-IT"/>
        </w:rPr>
        <w:tab/>
      </w:r>
      <w:r w:rsidRPr="000B77E2">
        <w:rPr>
          <w:rFonts w:cs="Arial"/>
          <w:b/>
          <w:sz w:val="24"/>
          <w:szCs w:val="24"/>
          <w:lang w:val="it-IT"/>
        </w:rPr>
        <w:tab/>
        <w:t xml:space="preserve">    Firma del genitore/tutore/affidatario</w:t>
      </w:r>
    </w:p>
    <w:p w14:paraId="69640EE6" w14:textId="77777777" w:rsidR="000B77E2" w:rsidRPr="000B77E2" w:rsidRDefault="000B77E2" w:rsidP="000B77E2">
      <w:pPr>
        <w:jc w:val="center"/>
        <w:rPr>
          <w:rFonts w:cs="Arial"/>
          <w:sz w:val="24"/>
          <w:szCs w:val="24"/>
        </w:rPr>
      </w:pPr>
      <w:r w:rsidRPr="000B77E2">
        <w:rPr>
          <w:rFonts w:cs="Arial"/>
          <w:sz w:val="24"/>
          <w:szCs w:val="24"/>
          <w:lang w:val="it-IT"/>
        </w:rPr>
        <w:tab/>
      </w:r>
      <w:r w:rsidRPr="000B77E2">
        <w:rPr>
          <w:rFonts w:cs="Arial"/>
          <w:sz w:val="24"/>
          <w:szCs w:val="24"/>
          <w:lang w:val="it-IT"/>
        </w:rPr>
        <w:tab/>
      </w:r>
      <w:r w:rsidRPr="000B77E2">
        <w:rPr>
          <w:rFonts w:cs="Arial"/>
          <w:sz w:val="24"/>
          <w:szCs w:val="24"/>
          <w:lang w:val="it-IT"/>
        </w:rPr>
        <w:tab/>
      </w:r>
      <w:r w:rsidRPr="000B77E2">
        <w:rPr>
          <w:rFonts w:cs="Arial"/>
          <w:sz w:val="24"/>
          <w:szCs w:val="24"/>
          <w:lang w:val="it-IT"/>
        </w:rPr>
        <w:tab/>
      </w:r>
      <w:r w:rsidRPr="000B77E2">
        <w:rPr>
          <w:rFonts w:cs="Arial"/>
          <w:sz w:val="24"/>
          <w:szCs w:val="24"/>
          <w:lang w:val="it-IT"/>
        </w:rPr>
        <w:tab/>
      </w:r>
      <w:r w:rsidRPr="000B77E2">
        <w:rPr>
          <w:rFonts w:cs="Arial"/>
          <w:sz w:val="24"/>
          <w:szCs w:val="24"/>
          <w:lang w:val="it-IT"/>
        </w:rPr>
        <w:tab/>
      </w:r>
      <w:r w:rsidRPr="000B77E2">
        <w:rPr>
          <w:rFonts w:cs="Arial"/>
          <w:sz w:val="24"/>
          <w:szCs w:val="24"/>
          <w:lang w:val="it-IT"/>
        </w:rPr>
        <w:tab/>
      </w:r>
      <w:r w:rsidRPr="000B77E2">
        <w:rPr>
          <w:rFonts w:cs="Arial"/>
          <w:sz w:val="24"/>
          <w:szCs w:val="24"/>
          <w:lang w:val="it-IT"/>
        </w:rPr>
        <w:tab/>
      </w:r>
      <w:r w:rsidRPr="000B77E2">
        <w:rPr>
          <w:rFonts w:cs="Arial"/>
          <w:sz w:val="24"/>
          <w:szCs w:val="24"/>
        </w:rPr>
        <w:t>_______________________________</w:t>
      </w:r>
    </w:p>
    <w:p w14:paraId="3E9C7854" w14:textId="77777777" w:rsidR="000B77E2" w:rsidRPr="000B77E2" w:rsidRDefault="000B77E2" w:rsidP="000B77E2">
      <w:pPr>
        <w:rPr>
          <w:rFonts w:cs="Arial"/>
          <w:sz w:val="24"/>
          <w:szCs w:val="24"/>
        </w:rPr>
      </w:pPr>
    </w:p>
    <w:p w14:paraId="6CCE0D89" w14:textId="77777777" w:rsidR="00A93E6D" w:rsidRPr="000B77E2" w:rsidRDefault="00A93E6D" w:rsidP="00A93E6D">
      <w:pPr>
        <w:spacing w:after="80" w:line="240" w:lineRule="auto"/>
        <w:jc w:val="both"/>
        <w:rPr>
          <w:rFonts w:cs="Arial"/>
          <w:b/>
          <w:bCs/>
          <w:sz w:val="24"/>
          <w:szCs w:val="24"/>
          <w:lang w:val="it-IT"/>
        </w:rPr>
      </w:pPr>
      <w:r w:rsidRPr="000B77E2">
        <w:rPr>
          <w:rFonts w:cs="Arial"/>
          <w:b/>
          <w:bCs/>
          <w:sz w:val="24"/>
          <w:szCs w:val="24"/>
          <w:lang w:val="it-IT"/>
        </w:rPr>
        <w:t>In caso di firma di un solo genitore</w:t>
      </w:r>
    </w:p>
    <w:p w14:paraId="37EA40E6" w14:textId="36A0DB0A" w:rsidR="00A93E6D" w:rsidRPr="000B77E2" w:rsidRDefault="00A93E6D" w:rsidP="00A93E6D">
      <w:pPr>
        <w:spacing w:after="80" w:line="240" w:lineRule="auto"/>
        <w:jc w:val="both"/>
        <w:rPr>
          <w:rFonts w:cs="Arial"/>
          <w:i/>
          <w:iCs/>
          <w:szCs w:val="20"/>
          <w:lang w:val="it-IT"/>
        </w:rPr>
      </w:pPr>
      <w:r w:rsidRPr="000B77E2">
        <w:rPr>
          <w:rFonts w:cs="Arial"/>
          <w:i/>
          <w:iCs/>
          <w:szCs w:val="20"/>
          <w:lang w:val="it-IT"/>
        </w:rPr>
        <w:t>Il/La sottoscritto/a __________________________________________ dichiara, sotto la propria responsabilità, che l’altro genitore è informato e concorde con la presente autorizzazione, nel rispetto delle disposizioni vigenti in materia di responsabilità genitoriale.</w:t>
      </w:r>
    </w:p>
    <w:p w14:paraId="607C94A6" w14:textId="77777777" w:rsidR="002F2511" w:rsidRPr="000B77E2" w:rsidRDefault="002F2511">
      <w:pPr>
        <w:spacing w:after="100"/>
        <w:rPr>
          <w:rFonts w:cs="Arial"/>
          <w:sz w:val="24"/>
          <w:szCs w:val="24"/>
          <w:lang w:val="it-IT"/>
        </w:rPr>
      </w:pPr>
    </w:p>
    <w:p w14:paraId="265F7FB8" w14:textId="77777777" w:rsidR="002F2511" w:rsidRPr="000B77E2" w:rsidRDefault="00AF208F">
      <w:pPr>
        <w:spacing w:after="100"/>
        <w:rPr>
          <w:rFonts w:cs="Arial"/>
          <w:sz w:val="24"/>
          <w:szCs w:val="24"/>
          <w:lang w:val="it-IT"/>
        </w:rPr>
      </w:pPr>
      <w:r w:rsidRPr="000B77E2">
        <w:rPr>
          <w:rFonts w:cs="Arial"/>
          <w:sz w:val="24"/>
          <w:szCs w:val="24"/>
          <w:lang w:val="it-IT"/>
        </w:rPr>
        <w:t>Nardò, _______________________</w:t>
      </w:r>
    </w:p>
    <w:p w14:paraId="38B38066" w14:textId="77777777" w:rsidR="002F2511" w:rsidRPr="000B77E2" w:rsidRDefault="00AF208F">
      <w:pPr>
        <w:spacing w:after="80"/>
        <w:ind w:right="-546"/>
        <w:jc w:val="center"/>
        <w:rPr>
          <w:rFonts w:cs="Arial"/>
          <w:sz w:val="24"/>
          <w:szCs w:val="24"/>
          <w:lang w:val="it-IT"/>
        </w:rPr>
      </w:pPr>
      <w:r w:rsidRPr="000B77E2">
        <w:rPr>
          <w:rFonts w:cs="Arial"/>
          <w:b/>
          <w:sz w:val="24"/>
          <w:szCs w:val="24"/>
          <w:lang w:val="it-IT"/>
        </w:rPr>
        <w:tab/>
      </w:r>
      <w:r w:rsidRPr="000B77E2">
        <w:rPr>
          <w:rFonts w:cs="Arial"/>
          <w:b/>
          <w:sz w:val="24"/>
          <w:szCs w:val="24"/>
          <w:lang w:val="it-IT"/>
        </w:rPr>
        <w:tab/>
      </w:r>
      <w:r w:rsidRPr="000B77E2">
        <w:rPr>
          <w:rFonts w:cs="Arial"/>
          <w:b/>
          <w:sz w:val="24"/>
          <w:szCs w:val="24"/>
          <w:lang w:val="it-IT"/>
        </w:rPr>
        <w:tab/>
      </w:r>
      <w:r w:rsidRPr="000B77E2">
        <w:rPr>
          <w:rFonts w:cs="Arial"/>
          <w:b/>
          <w:sz w:val="24"/>
          <w:szCs w:val="24"/>
          <w:lang w:val="it-IT"/>
        </w:rPr>
        <w:tab/>
      </w:r>
      <w:r w:rsidRPr="000B77E2">
        <w:rPr>
          <w:rFonts w:cs="Arial"/>
          <w:b/>
          <w:sz w:val="24"/>
          <w:szCs w:val="24"/>
          <w:lang w:val="it-IT"/>
        </w:rPr>
        <w:tab/>
      </w:r>
      <w:r w:rsidRPr="000B77E2">
        <w:rPr>
          <w:rFonts w:cs="Arial"/>
          <w:b/>
          <w:sz w:val="24"/>
          <w:szCs w:val="24"/>
          <w:lang w:val="it-IT"/>
        </w:rPr>
        <w:tab/>
      </w:r>
      <w:r w:rsidRPr="000B77E2">
        <w:rPr>
          <w:rFonts w:cs="Arial"/>
          <w:b/>
          <w:sz w:val="24"/>
          <w:szCs w:val="24"/>
          <w:lang w:val="it-IT"/>
        </w:rPr>
        <w:tab/>
        <w:t xml:space="preserve">    Firma del genitore/tutore/affidatario</w:t>
      </w:r>
    </w:p>
    <w:p w14:paraId="595198A1" w14:textId="77777777" w:rsidR="002F2511" w:rsidRPr="000B77E2" w:rsidRDefault="00AF208F">
      <w:pPr>
        <w:jc w:val="center"/>
        <w:rPr>
          <w:rFonts w:cs="Arial"/>
          <w:sz w:val="24"/>
          <w:szCs w:val="24"/>
        </w:rPr>
      </w:pPr>
      <w:r w:rsidRPr="000B77E2">
        <w:rPr>
          <w:rFonts w:cs="Arial"/>
          <w:sz w:val="24"/>
          <w:szCs w:val="24"/>
          <w:lang w:val="it-IT"/>
        </w:rPr>
        <w:tab/>
      </w:r>
      <w:r w:rsidRPr="000B77E2">
        <w:rPr>
          <w:rFonts w:cs="Arial"/>
          <w:sz w:val="24"/>
          <w:szCs w:val="24"/>
          <w:lang w:val="it-IT"/>
        </w:rPr>
        <w:tab/>
      </w:r>
      <w:r w:rsidRPr="000B77E2">
        <w:rPr>
          <w:rFonts w:cs="Arial"/>
          <w:sz w:val="24"/>
          <w:szCs w:val="24"/>
          <w:lang w:val="it-IT"/>
        </w:rPr>
        <w:tab/>
      </w:r>
      <w:r w:rsidRPr="000B77E2">
        <w:rPr>
          <w:rFonts w:cs="Arial"/>
          <w:sz w:val="24"/>
          <w:szCs w:val="24"/>
          <w:lang w:val="it-IT"/>
        </w:rPr>
        <w:tab/>
      </w:r>
      <w:r w:rsidRPr="000B77E2">
        <w:rPr>
          <w:rFonts w:cs="Arial"/>
          <w:sz w:val="24"/>
          <w:szCs w:val="24"/>
          <w:lang w:val="it-IT"/>
        </w:rPr>
        <w:tab/>
      </w:r>
      <w:r w:rsidRPr="000B77E2">
        <w:rPr>
          <w:rFonts w:cs="Arial"/>
          <w:sz w:val="24"/>
          <w:szCs w:val="24"/>
          <w:lang w:val="it-IT"/>
        </w:rPr>
        <w:tab/>
      </w:r>
      <w:r w:rsidRPr="000B77E2">
        <w:rPr>
          <w:rFonts w:cs="Arial"/>
          <w:sz w:val="24"/>
          <w:szCs w:val="24"/>
          <w:lang w:val="it-IT"/>
        </w:rPr>
        <w:tab/>
      </w:r>
      <w:r w:rsidRPr="000B77E2">
        <w:rPr>
          <w:rFonts w:cs="Arial"/>
          <w:sz w:val="24"/>
          <w:szCs w:val="24"/>
          <w:lang w:val="it-IT"/>
        </w:rPr>
        <w:tab/>
      </w:r>
      <w:r w:rsidRPr="000B77E2">
        <w:rPr>
          <w:rFonts w:cs="Arial"/>
          <w:sz w:val="24"/>
          <w:szCs w:val="24"/>
        </w:rPr>
        <w:t>_______________________________</w:t>
      </w:r>
    </w:p>
    <w:p w14:paraId="3C38BCA3" w14:textId="77777777" w:rsidR="002F2511" w:rsidRPr="000B77E2" w:rsidRDefault="002F2511">
      <w:pPr>
        <w:rPr>
          <w:rFonts w:cs="Arial"/>
          <w:sz w:val="24"/>
          <w:szCs w:val="24"/>
        </w:rPr>
      </w:pPr>
    </w:p>
    <w:sectPr w:rsidR="002F2511" w:rsidRPr="000B77E2">
      <w:footerReference w:type="default" r:id="rId9"/>
      <w:pgSz w:w="11906" w:h="16838"/>
      <w:pgMar w:top="652" w:right="879" w:bottom="624" w:left="879" w:header="283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97CD4" w14:textId="77777777" w:rsidR="00E24D4A" w:rsidRDefault="00E24D4A">
      <w:pPr>
        <w:spacing w:line="240" w:lineRule="auto"/>
      </w:pPr>
      <w:r>
        <w:separator/>
      </w:r>
    </w:p>
  </w:endnote>
  <w:endnote w:type="continuationSeparator" w:id="0">
    <w:p w14:paraId="45D64308" w14:textId="77777777" w:rsidR="00E24D4A" w:rsidRDefault="00E24D4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08FFB" w14:textId="77777777" w:rsidR="002F2511" w:rsidRDefault="00AF208F">
    <w:pPr>
      <w:pStyle w:val="Pidipagina"/>
      <w:jc w:val="right"/>
    </w:pPr>
    <w:r>
      <w:rPr>
        <w:color w:val="666666"/>
        <w:sz w:val="17"/>
      </w:rPr>
      <w:fldChar w:fldCharType="begin"/>
    </w:r>
    <w:r>
      <w:rPr>
        <w:color w:val="666666"/>
        <w:sz w:val="17"/>
      </w:rPr>
      <w:instrText xml:space="preserve"> PAGE </w:instrText>
    </w:r>
    <w:r>
      <w:rPr>
        <w:color w:val="666666"/>
        <w:sz w:val="17"/>
      </w:rPr>
      <w:fldChar w:fldCharType="separate"/>
    </w:r>
    <w:r>
      <w:rPr>
        <w:noProof/>
        <w:color w:val="666666"/>
        <w:sz w:val="17"/>
      </w:rPr>
      <w:t>1</w:t>
    </w:r>
    <w:r>
      <w:rPr>
        <w:color w:val="666666"/>
        <w:sz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5F9459" w14:textId="77777777" w:rsidR="00E24D4A" w:rsidRDefault="00E24D4A">
      <w:pPr>
        <w:spacing w:line="240" w:lineRule="auto"/>
      </w:pPr>
      <w:r>
        <w:separator/>
      </w:r>
    </w:p>
  </w:footnote>
  <w:footnote w:type="continuationSeparator" w:id="0">
    <w:p w14:paraId="14B565C5" w14:textId="77777777" w:rsidR="00E24D4A" w:rsidRDefault="00E24D4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E317D89"/>
    <w:multiLevelType w:val="multilevel"/>
    <w:tmpl w:val="84BA4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1E77E8C"/>
    <w:multiLevelType w:val="multilevel"/>
    <w:tmpl w:val="24DA0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67075904">
    <w:abstractNumId w:val="8"/>
  </w:num>
  <w:num w:numId="2" w16cid:durableId="1180312714">
    <w:abstractNumId w:val="6"/>
  </w:num>
  <w:num w:numId="3" w16cid:durableId="1818523835">
    <w:abstractNumId w:val="5"/>
  </w:num>
  <w:num w:numId="4" w16cid:durableId="443159177">
    <w:abstractNumId w:val="4"/>
  </w:num>
  <w:num w:numId="5" w16cid:durableId="304087570">
    <w:abstractNumId w:val="7"/>
  </w:num>
  <w:num w:numId="6" w16cid:durableId="1854224653">
    <w:abstractNumId w:val="3"/>
  </w:num>
  <w:num w:numId="7" w16cid:durableId="1651405541">
    <w:abstractNumId w:val="2"/>
  </w:num>
  <w:num w:numId="8" w16cid:durableId="1836531951">
    <w:abstractNumId w:val="1"/>
  </w:num>
  <w:num w:numId="9" w16cid:durableId="765226945">
    <w:abstractNumId w:val="0"/>
  </w:num>
  <w:num w:numId="10" w16cid:durableId="1061631278">
    <w:abstractNumId w:val="9"/>
  </w:num>
  <w:num w:numId="11" w16cid:durableId="20248949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77E2"/>
    <w:rsid w:val="000D6CDD"/>
    <w:rsid w:val="0015074B"/>
    <w:rsid w:val="001D27C7"/>
    <w:rsid w:val="0024257F"/>
    <w:rsid w:val="00263723"/>
    <w:rsid w:val="0029639D"/>
    <w:rsid w:val="002E7B89"/>
    <w:rsid w:val="002F2511"/>
    <w:rsid w:val="00315614"/>
    <w:rsid w:val="00326F90"/>
    <w:rsid w:val="00420CE7"/>
    <w:rsid w:val="00423018"/>
    <w:rsid w:val="004C1842"/>
    <w:rsid w:val="0058121F"/>
    <w:rsid w:val="005B206B"/>
    <w:rsid w:val="00602509"/>
    <w:rsid w:val="006A6EFA"/>
    <w:rsid w:val="006F0C7B"/>
    <w:rsid w:val="00771B57"/>
    <w:rsid w:val="007B2781"/>
    <w:rsid w:val="008F64E9"/>
    <w:rsid w:val="0093272C"/>
    <w:rsid w:val="009F0809"/>
    <w:rsid w:val="00A43137"/>
    <w:rsid w:val="00A6039A"/>
    <w:rsid w:val="00A93E6D"/>
    <w:rsid w:val="00AA1D8D"/>
    <w:rsid w:val="00AF208F"/>
    <w:rsid w:val="00B07C88"/>
    <w:rsid w:val="00B25A1A"/>
    <w:rsid w:val="00B47730"/>
    <w:rsid w:val="00B50FBE"/>
    <w:rsid w:val="00B53D96"/>
    <w:rsid w:val="00B83BAB"/>
    <w:rsid w:val="00BA02DC"/>
    <w:rsid w:val="00C02A05"/>
    <w:rsid w:val="00C032AC"/>
    <w:rsid w:val="00C77566"/>
    <w:rsid w:val="00CB0664"/>
    <w:rsid w:val="00D76858"/>
    <w:rsid w:val="00E24D4A"/>
    <w:rsid w:val="00F75A6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6FC84D"/>
  <w14:defaultImageDpi w14:val="300"/>
  <w15:docId w15:val="{DE16A4B2-954D-B94C-A1E3-B78E911AD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0" w:line="245" w:lineRule="auto"/>
    </w:pPr>
    <w:rPr>
      <w:rFonts w:ascii="Arial" w:eastAsia="Arial" w:hAnsi="Arial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527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Notaro</dc:creator>
  <cp:keywords/>
  <dc:description/>
  <cp:lastModifiedBy>Cristina Notaro</cp:lastModifiedBy>
  <cp:revision>7</cp:revision>
  <dcterms:created xsi:type="dcterms:W3CDTF">2026-10-06T03:49:00Z</dcterms:created>
  <dcterms:modified xsi:type="dcterms:W3CDTF">2026-10-06T04:14:00Z</dcterms:modified>
  <cp:category/>
</cp:coreProperties>
</file>