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C82F7" w14:textId="299E3F7F" w:rsidR="002F2511" w:rsidRDefault="00AF208F">
      <w:r>
        <w:rPr>
          <w:lang w:val="it-IT"/>
        </w:rPr>
        <w:tab/>
      </w:r>
      <w:r>
        <w:rPr>
          <w:noProof/>
        </w:rPr>
        <w:drawing>
          <wp:inline distT="0" distB="0" distL="0" distR="0" wp14:anchorId="36F6A5F5" wp14:editId="2F497209">
            <wp:extent cx="6440170" cy="2153880"/>
            <wp:effectExtent l="0" t="0" r="0" b="5715"/>
            <wp:docPr id="2464307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70" cy="215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DA050" w14:textId="1DB345CA" w:rsidR="002F2511" w:rsidRDefault="002F2511"/>
    <w:p w14:paraId="431B1513" w14:textId="3C2F60D9" w:rsidR="002F2511" w:rsidRDefault="00AF208F">
      <w:pPr>
        <w:keepNext/>
        <w:spacing w:before="20" w:after="20" w:line="240" w:lineRule="auto"/>
        <w:jc w:val="center"/>
        <w:rPr>
          <w:lang w:val="it-IT"/>
        </w:rPr>
      </w:pPr>
      <w:r>
        <w:rPr>
          <w:b/>
          <w:sz w:val="28"/>
          <w:lang w:val="it-IT"/>
        </w:rPr>
        <w:t>MODULO DI AUTORIZZAZIONE/NON AUTORIZZAZIONE</w:t>
      </w:r>
    </w:p>
    <w:p w14:paraId="01044C2E" w14:textId="77777777" w:rsidR="002F2511" w:rsidRDefault="00AF208F">
      <w:pPr>
        <w:keepNext/>
        <w:spacing w:after="20" w:line="240" w:lineRule="auto"/>
        <w:jc w:val="center"/>
        <w:rPr>
          <w:lang w:val="it-IT"/>
        </w:rPr>
      </w:pPr>
      <w:r>
        <w:rPr>
          <w:b/>
          <w:sz w:val="28"/>
          <w:lang w:val="it-IT"/>
        </w:rPr>
        <w:t>ALL’USCITA AUTONOMA</w:t>
      </w:r>
    </w:p>
    <w:p w14:paraId="1CEB1EC2" w14:textId="77777777" w:rsidR="002F2511" w:rsidRDefault="00AF208F">
      <w:pPr>
        <w:keepNext/>
        <w:spacing w:line="240" w:lineRule="auto"/>
        <w:jc w:val="center"/>
        <w:rPr>
          <w:b/>
          <w:sz w:val="21"/>
          <w:lang w:val="it-IT"/>
        </w:rPr>
      </w:pPr>
      <w:r>
        <w:rPr>
          <w:b/>
          <w:sz w:val="21"/>
          <w:lang w:val="it-IT"/>
        </w:rPr>
        <w:t xml:space="preserve">Scuola Secondaria di I grado  </w:t>
      </w:r>
    </w:p>
    <w:p w14:paraId="0307CC1A" w14:textId="77777777" w:rsidR="002F2511" w:rsidRDefault="00AF208F">
      <w:pPr>
        <w:keepNext/>
        <w:spacing w:after="60" w:line="240" w:lineRule="auto"/>
        <w:jc w:val="center"/>
        <w:rPr>
          <w:lang w:val="it-IT"/>
        </w:rPr>
      </w:pPr>
      <w:r>
        <w:rPr>
          <w:b/>
          <w:sz w:val="21"/>
          <w:lang w:val="it-IT"/>
        </w:rPr>
        <w:t>A.S. 2026/2027</w:t>
      </w:r>
    </w:p>
    <w:p w14:paraId="5D2DB555" w14:textId="77777777" w:rsidR="002F2511" w:rsidRDefault="00AF208F">
      <w:pPr>
        <w:spacing w:after="80" w:line="240" w:lineRule="auto"/>
        <w:jc w:val="right"/>
        <w:rPr>
          <w:sz w:val="22"/>
          <w:lang w:val="it-IT"/>
        </w:rPr>
      </w:pPr>
      <w:r>
        <w:rPr>
          <w:sz w:val="22"/>
          <w:lang w:val="it-IT"/>
        </w:rPr>
        <w:t>Al Dirigente Scolastico dell’Istituto</w:t>
      </w:r>
      <w:r>
        <w:rPr>
          <w:sz w:val="22"/>
          <w:lang w:val="it-IT"/>
        </w:rPr>
        <w:br/>
        <w:t>Comprensivo Polo 1 di Nardò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2F2511" w14:paraId="33E13389" w14:textId="77777777">
        <w:trPr>
          <w:jc w:val="center"/>
        </w:trPr>
        <w:tc>
          <w:tcPr>
            <w:tcW w:w="1014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D9262B3" w14:textId="073CC3F9" w:rsidR="002F2511" w:rsidRDefault="00AF208F">
            <w:pPr>
              <w:spacing w:line="240" w:lineRule="auto"/>
            </w:pPr>
            <w:r>
              <w:rPr>
                <w:sz w:val="19"/>
              </w:rPr>
              <w:t xml:space="preserve">I </w:t>
            </w:r>
            <w:proofErr w:type="spellStart"/>
            <w:r>
              <w:rPr>
                <w:sz w:val="19"/>
              </w:rPr>
              <w:t>sottoscritti</w:t>
            </w:r>
            <w:proofErr w:type="spellEnd"/>
            <w:r>
              <w:rPr>
                <w:sz w:val="19"/>
              </w:rPr>
              <w:t xml:space="preserve"> ___________</w:t>
            </w:r>
            <w:r w:rsidR="002E7B89">
              <w:rPr>
                <w:sz w:val="19"/>
              </w:rPr>
              <w:t>_______</w:t>
            </w:r>
            <w:r>
              <w:rPr>
                <w:sz w:val="19"/>
              </w:rPr>
              <w:t xml:space="preserve">___________________ e </w:t>
            </w:r>
            <w:r>
              <w:rPr>
                <w:sz w:val="19"/>
              </w:rPr>
              <w:t>___________________</w:t>
            </w:r>
            <w:r w:rsidR="002E7B89">
              <w:rPr>
                <w:sz w:val="19"/>
              </w:rPr>
              <w:t>_______________</w:t>
            </w:r>
            <w:r>
              <w:rPr>
                <w:sz w:val="19"/>
              </w:rPr>
              <w:t>___________,</w:t>
            </w:r>
          </w:p>
        </w:tc>
      </w:tr>
      <w:tr w:rsidR="002F2511" w:rsidRPr="00A6039A" w14:paraId="75B25F62" w14:textId="77777777">
        <w:trPr>
          <w:jc w:val="center"/>
        </w:trPr>
        <w:tc>
          <w:tcPr>
            <w:tcW w:w="1014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182E5AF" w14:textId="77777777" w:rsidR="002F2511" w:rsidRDefault="00AF208F">
            <w:pPr>
              <w:spacing w:line="240" w:lineRule="auto"/>
              <w:rPr>
                <w:lang w:val="it-IT"/>
              </w:rPr>
            </w:pPr>
            <w:r>
              <w:rPr>
                <w:sz w:val="19"/>
                <w:lang w:val="it-IT"/>
              </w:rPr>
              <w:t>genitori/esercenti la responsabilità genitoriale (tutori, soggetti affidatari)</w:t>
            </w:r>
          </w:p>
        </w:tc>
      </w:tr>
      <w:tr w:rsidR="002F2511" w:rsidRPr="00A6039A" w14:paraId="0B696EE4" w14:textId="77777777">
        <w:trPr>
          <w:jc w:val="center"/>
        </w:trPr>
        <w:tc>
          <w:tcPr>
            <w:tcW w:w="1014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702399F" w14:textId="580A7A85" w:rsidR="002F2511" w:rsidRDefault="00AF208F">
            <w:pPr>
              <w:spacing w:line="240" w:lineRule="auto"/>
              <w:rPr>
                <w:lang w:val="it-IT"/>
              </w:rPr>
            </w:pPr>
            <w:r>
              <w:rPr>
                <w:sz w:val="19"/>
                <w:lang w:val="it-IT"/>
              </w:rPr>
              <w:t>del minore __________</w:t>
            </w:r>
            <w:r w:rsidR="002E7B89">
              <w:rPr>
                <w:sz w:val="19"/>
                <w:lang w:val="it-IT"/>
              </w:rPr>
              <w:t>_</w:t>
            </w:r>
            <w:r>
              <w:rPr>
                <w:sz w:val="19"/>
                <w:lang w:val="it-IT"/>
              </w:rPr>
              <w:t xml:space="preserve">____________________, frequentante la classe ______ della Scuola Secondaria di I </w:t>
            </w:r>
            <w:r w:rsidR="002E7B89">
              <w:rPr>
                <w:sz w:val="19"/>
                <w:lang w:val="it-IT"/>
              </w:rPr>
              <w:t>G</w:t>
            </w:r>
            <w:r>
              <w:rPr>
                <w:sz w:val="19"/>
                <w:lang w:val="it-IT"/>
              </w:rPr>
              <w:t>rado</w:t>
            </w:r>
          </w:p>
        </w:tc>
      </w:tr>
      <w:tr w:rsidR="002F2511" w14:paraId="51607FDB" w14:textId="77777777">
        <w:trPr>
          <w:jc w:val="center"/>
        </w:trPr>
        <w:tc>
          <w:tcPr>
            <w:tcW w:w="1014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CFEA68" w14:textId="0C58C2CB" w:rsidR="002F2511" w:rsidRDefault="00AF208F">
            <w:pPr>
              <w:spacing w:line="240" w:lineRule="auto"/>
            </w:pPr>
            <w:proofErr w:type="spellStart"/>
            <w:r>
              <w:rPr>
                <w:sz w:val="19"/>
              </w:rPr>
              <w:t>residente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domicili</w:t>
            </w:r>
            <w:r>
              <w:rPr>
                <w:sz w:val="19"/>
              </w:rPr>
              <w:t>ato</w:t>
            </w:r>
            <w:proofErr w:type="spellEnd"/>
            <w:r>
              <w:rPr>
                <w:sz w:val="19"/>
              </w:rPr>
              <w:t xml:space="preserve"> in __________________________________________________________</w:t>
            </w:r>
            <w:r w:rsidR="00A6039A">
              <w:rPr>
                <w:sz w:val="19"/>
              </w:rPr>
              <w:t>___________</w:t>
            </w:r>
            <w:r>
              <w:rPr>
                <w:sz w:val="19"/>
              </w:rPr>
              <w:t>______</w:t>
            </w:r>
          </w:p>
        </w:tc>
      </w:tr>
      <w:tr w:rsidR="002F2511" w:rsidRPr="00A6039A" w14:paraId="2753BCF1" w14:textId="77777777">
        <w:trPr>
          <w:jc w:val="center"/>
        </w:trPr>
        <w:tc>
          <w:tcPr>
            <w:tcW w:w="10148" w:type="dxa"/>
            <w:tcBorders>
              <w:top w:val="single" w:sz="6" w:space="0" w:color="AAB7C4"/>
              <w:left w:val="single" w:sz="6" w:space="0" w:color="AAB7C4"/>
              <w:bottom w:val="single" w:sz="6" w:space="0" w:color="AAB7C4"/>
              <w:right w:val="single" w:sz="6" w:space="0" w:color="AAB7C4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15D9DC" w14:textId="565B1BDA" w:rsidR="002F2511" w:rsidRDefault="00AF208F">
            <w:pPr>
              <w:spacing w:line="240" w:lineRule="auto"/>
              <w:rPr>
                <w:lang w:val="it-IT"/>
              </w:rPr>
            </w:pPr>
            <w:proofErr w:type="gramStart"/>
            <w:r>
              <w:rPr>
                <w:sz w:val="19"/>
                <w:lang w:val="it-IT"/>
              </w:rPr>
              <w:t>Plesso:  ☐</w:t>
            </w:r>
            <w:proofErr w:type="gramEnd"/>
            <w:r>
              <w:rPr>
                <w:sz w:val="19"/>
                <w:lang w:val="it-IT"/>
              </w:rPr>
              <w:t xml:space="preserve"> </w:t>
            </w:r>
            <w:r w:rsidR="00A6039A">
              <w:rPr>
                <w:sz w:val="19"/>
                <w:lang w:val="it-IT"/>
              </w:rPr>
              <w:t>V</w:t>
            </w:r>
            <w:r>
              <w:rPr>
                <w:sz w:val="19"/>
                <w:lang w:val="it-IT"/>
              </w:rPr>
              <w:t>ia Foggia      ☐ Viale della Costituzione</w:t>
            </w:r>
          </w:p>
        </w:tc>
      </w:tr>
    </w:tbl>
    <w:p w14:paraId="5284324E" w14:textId="77777777" w:rsidR="002F2511" w:rsidRDefault="002F2511">
      <w:pPr>
        <w:spacing w:after="40" w:line="252" w:lineRule="auto"/>
        <w:jc w:val="both"/>
        <w:rPr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2F2511" w14:paraId="4A53FB51" w14:textId="77777777">
        <w:trPr>
          <w:jc w:val="center"/>
        </w:trPr>
        <w:tc>
          <w:tcPr>
            <w:tcW w:w="10148" w:type="dxa"/>
            <w:tcBorders>
              <w:top w:val="nil"/>
              <w:left w:val="nil"/>
              <w:bottom w:val="single" w:sz="8" w:space="0" w:color="1F4E79"/>
              <w:right w:val="nil"/>
            </w:tcBorders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</w:tcPr>
          <w:p w14:paraId="348AC27D" w14:textId="77777777" w:rsidR="002F2511" w:rsidRDefault="00AF208F">
            <w:pPr>
              <w:keepNext/>
              <w:spacing w:line="240" w:lineRule="auto"/>
              <w:ind w:left="-85"/>
            </w:pPr>
            <w:r>
              <w:rPr>
                <w:b/>
              </w:rPr>
              <w:t>VISTI</w:t>
            </w:r>
          </w:p>
        </w:tc>
      </w:tr>
    </w:tbl>
    <w:p w14:paraId="12DD3E53" w14:textId="77777777" w:rsidR="002F2511" w:rsidRDefault="002F2511"/>
    <w:p w14:paraId="4CACBF35" w14:textId="77777777" w:rsidR="002F2511" w:rsidRDefault="00AF208F">
      <w:pPr>
        <w:spacing w:after="24"/>
        <w:ind w:left="255" w:hanging="159"/>
        <w:jc w:val="both"/>
        <w:rPr>
          <w:lang w:val="it-IT"/>
        </w:rPr>
      </w:pPr>
      <w:r>
        <w:rPr>
          <w:sz w:val="19"/>
          <w:lang w:val="it-IT"/>
        </w:rPr>
        <w:t>– l’art. 19-bis del D.L. 16 ottobre 2017, n. 148, convertito con modificazioni dalla Legge 4 dicembre 2017, n. 172;</w:t>
      </w:r>
    </w:p>
    <w:p w14:paraId="1A3031EB" w14:textId="77777777" w:rsidR="002F2511" w:rsidRDefault="00AF208F">
      <w:pPr>
        <w:spacing w:after="24"/>
        <w:ind w:left="255" w:hanging="159"/>
        <w:jc w:val="both"/>
        <w:rPr>
          <w:lang w:val="it-IT"/>
        </w:rPr>
      </w:pPr>
      <w:r>
        <w:rPr>
          <w:sz w:val="19"/>
          <w:lang w:val="it-IT"/>
        </w:rPr>
        <w:t xml:space="preserve">– </w:t>
      </w:r>
      <w:r>
        <w:rPr>
          <w:sz w:val="19"/>
          <w:lang w:val="it-IT"/>
        </w:rPr>
        <w:t>la Nota MIUR prot. n. 2379 del 12 dicembre 2017;</w:t>
      </w:r>
    </w:p>
    <w:p w14:paraId="45F7B9CC" w14:textId="77777777" w:rsidR="002F2511" w:rsidRDefault="00AF208F">
      <w:pPr>
        <w:spacing w:after="24"/>
        <w:ind w:left="255" w:hanging="159"/>
        <w:jc w:val="both"/>
        <w:rPr>
          <w:lang w:val="it-IT"/>
        </w:rPr>
      </w:pPr>
      <w:r>
        <w:rPr>
          <w:sz w:val="19"/>
          <w:lang w:val="it-IT"/>
        </w:rPr>
        <w:t>– il Regolamento d’Istituto;</w:t>
      </w:r>
    </w:p>
    <w:p w14:paraId="4B9F8E24" w14:textId="77777777" w:rsidR="002F2511" w:rsidRDefault="00AF208F">
      <w:pPr>
        <w:spacing w:after="24"/>
        <w:ind w:left="255" w:hanging="159"/>
        <w:jc w:val="both"/>
        <w:rPr>
          <w:lang w:val="it-IT"/>
        </w:rPr>
      </w:pPr>
      <w:r>
        <w:rPr>
          <w:sz w:val="19"/>
          <w:lang w:val="it-IT"/>
        </w:rPr>
        <w:t>– la normativa vigente in materia di responsabilità genitoriale</w:t>
      </w:r>
    </w:p>
    <w:p w14:paraId="431CDC69" w14:textId="77777777" w:rsidR="002F2511" w:rsidRDefault="002F2511">
      <w:pPr>
        <w:spacing w:after="20" w:line="252" w:lineRule="auto"/>
        <w:jc w:val="both"/>
        <w:rPr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2F2511" w14:paraId="567F9573" w14:textId="77777777">
        <w:trPr>
          <w:jc w:val="center"/>
        </w:trPr>
        <w:tc>
          <w:tcPr>
            <w:tcW w:w="10148" w:type="dxa"/>
            <w:tcBorders>
              <w:top w:val="nil"/>
              <w:left w:val="nil"/>
              <w:bottom w:val="single" w:sz="8" w:space="0" w:color="1F4E79"/>
              <w:right w:val="nil"/>
            </w:tcBorders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</w:tcPr>
          <w:p w14:paraId="4540801C" w14:textId="77777777" w:rsidR="002F2511" w:rsidRDefault="00AF208F">
            <w:pPr>
              <w:keepNext/>
              <w:spacing w:line="240" w:lineRule="auto"/>
              <w:ind w:left="-85"/>
            </w:pPr>
            <w:r>
              <w:rPr>
                <w:b/>
              </w:rPr>
              <w:t>DICHIARANO</w:t>
            </w:r>
          </w:p>
        </w:tc>
      </w:tr>
    </w:tbl>
    <w:p w14:paraId="77955077" w14:textId="77777777" w:rsidR="002F2511" w:rsidRDefault="002F2511"/>
    <w:p w14:paraId="363CD074" w14:textId="77777777" w:rsidR="002F2511" w:rsidRDefault="00AF208F">
      <w:pPr>
        <w:spacing w:after="24"/>
        <w:ind w:left="255" w:hanging="159"/>
        <w:jc w:val="both"/>
        <w:rPr>
          <w:lang w:val="it-IT"/>
        </w:rPr>
      </w:pPr>
      <w:r>
        <w:rPr>
          <w:sz w:val="19"/>
          <w:lang w:val="it-IT"/>
        </w:rPr>
        <w:t xml:space="preserve">– di aver valutato l’età, il grado di autonomia e di maturità del/la proprio/a figlio/a, </w:t>
      </w:r>
      <w:r>
        <w:rPr>
          <w:sz w:val="19"/>
          <w:lang w:val="it-IT"/>
        </w:rPr>
        <w:t>nonché le caratteristiche e le condizioni di sicurezza del percorso scuola-abitazione;</w:t>
      </w:r>
    </w:p>
    <w:p w14:paraId="5615C948" w14:textId="77777777" w:rsidR="002F2511" w:rsidRDefault="00AF208F">
      <w:pPr>
        <w:spacing w:after="24"/>
        <w:ind w:left="255" w:hanging="159"/>
        <w:jc w:val="both"/>
        <w:rPr>
          <w:lang w:val="it-IT"/>
        </w:rPr>
      </w:pPr>
      <w:r>
        <w:rPr>
          <w:sz w:val="19"/>
          <w:lang w:val="it-IT"/>
        </w:rPr>
        <w:t>– di ritenere il/la proprio/a figlio/a in grado di effettuare autonomamente tale percorso al termine delle lezioni;</w:t>
      </w:r>
    </w:p>
    <w:p w14:paraId="1CD7B283" w14:textId="7B3AF490" w:rsidR="002F2511" w:rsidRDefault="00AF208F">
      <w:pPr>
        <w:spacing w:after="24"/>
        <w:ind w:left="255" w:hanging="159"/>
        <w:jc w:val="both"/>
        <w:rPr>
          <w:sz w:val="19"/>
          <w:lang w:val="it-IT"/>
        </w:rPr>
      </w:pPr>
      <w:r>
        <w:rPr>
          <w:sz w:val="19"/>
          <w:lang w:val="it-IT"/>
        </w:rPr>
        <w:t>– di aver fornito al/alla minore adeguate indicazioni</w:t>
      </w:r>
      <w:r>
        <w:rPr>
          <w:sz w:val="19"/>
          <w:lang w:val="it-IT"/>
        </w:rPr>
        <w:t xml:space="preserve"> sui comportamenti da adottare e di impegnarsi a comunicare tempestivamente all’Istituzione scolastica eventuali variazioni delle condizioni sopra valutate.</w:t>
      </w:r>
    </w:p>
    <w:p w14:paraId="1FC524A9" w14:textId="77777777" w:rsidR="002F2511" w:rsidRDefault="002F2511">
      <w:pPr>
        <w:spacing w:after="24"/>
        <w:ind w:left="255" w:hanging="159"/>
        <w:jc w:val="both"/>
        <w:rPr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2F2511" w14:paraId="43738A55" w14:textId="77777777">
        <w:trPr>
          <w:jc w:val="center"/>
        </w:trPr>
        <w:tc>
          <w:tcPr>
            <w:tcW w:w="5074" w:type="dxa"/>
            <w:tcBorders>
              <w:top w:val="single" w:sz="8" w:space="0" w:color="AAB7C4"/>
              <w:left w:val="single" w:sz="8" w:space="0" w:color="AAB7C4"/>
              <w:bottom w:val="single" w:sz="8" w:space="0" w:color="AAB7C4"/>
              <w:right w:val="single" w:sz="8" w:space="0" w:color="AAB7C4"/>
            </w:tcBorders>
            <w:shd w:val="clear" w:color="auto" w:fill="F7F9FB"/>
            <w:tcMar>
              <w:top w:w="85" w:type="dxa"/>
              <w:left w:w="50" w:type="dxa"/>
              <w:bottom w:w="85" w:type="dxa"/>
              <w:right w:w="50" w:type="dxa"/>
            </w:tcMar>
          </w:tcPr>
          <w:p w14:paraId="19E81FE3" w14:textId="77777777" w:rsidR="002F2511" w:rsidRDefault="00AF208F">
            <w:pPr>
              <w:spacing w:line="240" w:lineRule="auto"/>
              <w:jc w:val="center"/>
            </w:pPr>
            <w:proofErr w:type="gramStart"/>
            <w:r>
              <w:rPr>
                <w:b/>
                <w:sz w:val="21"/>
              </w:rPr>
              <w:t>☐</w:t>
            </w:r>
            <w:r>
              <w:rPr>
                <w:b/>
                <w:sz w:val="21"/>
              </w:rPr>
              <w:t xml:space="preserve">  AUTORIZZANO</w:t>
            </w:r>
            <w:proofErr w:type="gramEnd"/>
          </w:p>
        </w:tc>
        <w:tc>
          <w:tcPr>
            <w:tcW w:w="5074" w:type="dxa"/>
            <w:tcBorders>
              <w:top w:val="single" w:sz="8" w:space="0" w:color="AAB7C4"/>
              <w:left w:val="single" w:sz="8" w:space="0" w:color="AAB7C4"/>
              <w:bottom w:val="single" w:sz="8" w:space="0" w:color="AAB7C4"/>
              <w:right w:val="single" w:sz="8" w:space="0" w:color="AAB7C4"/>
            </w:tcBorders>
            <w:shd w:val="clear" w:color="auto" w:fill="F7F9FB"/>
            <w:tcMar>
              <w:top w:w="85" w:type="dxa"/>
              <w:left w:w="50" w:type="dxa"/>
              <w:bottom w:w="85" w:type="dxa"/>
              <w:right w:w="50" w:type="dxa"/>
            </w:tcMar>
          </w:tcPr>
          <w:p w14:paraId="791C0833" w14:textId="77777777" w:rsidR="002F2511" w:rsidRDefault="00AF208F">
            <w:pPr>
              <w:spacing w:line="240" w:lineRule="auto"/>
              <w:jc w:val="center"/>
            </w:pPr>
            <w:r>
              <w:rPr>
                <w:b/>
                <w:sz w:val="21"/>
              </w:rPr>
              <w:t>☐</w:t>
            </w:r>
            <w:r>
              <w:rPr>
                <w:b/>
                <w:sz w:val="21"/>
              </w:rPr>
              <w:t xml:space="preserve">  NON AUTORIZZANO</w:t>
            </w:r>
          </w:p>
        </w:tc>
      </w:tr>
    </w:tbl>
    <w:p w14:paraId="428EB7D2" w14:textId="77777777" w:rsidR="002F2511" w:rsidRDefault="00AF208F">
      <w:pPr>
        <w:spacing w:before="80" w:after="60" w:line="247" w:lineRule="auto"/>
        <w:jc w:val="both"/>
        <w:rPr>
          <w:lang w:val="it-IT"/>
        </w:rPr>
      </w:pPr>
      <w:r>
        <w:rPr>
          <w:sz w:val="19"/>
          <w:lang w:val="it-IT"/>
        </w:rPr>
        <w:t xml:space="preserve">l’Istituto Comprensivo Polo 1 di Nardò a consentire </w:t>
      </w:r>
      <w:r>
        <w:rPr>
          <w:sz w:val="19"/>
          <w:lang w:val="it-IT"/>
        </w:rPr>
        <w:t>al/alla proprio/a figlio/a l’uscita autonoma dai locali e dalle pertinenze scolastiche al termine dell’orario ordinario delle lezioni, affinché possa raggiungere la propria abitazione senza essere accompagnato/a da un adulto.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2F2511" w:rsidRPr="00A6039A" w14:paraId="343E76A8" w14:textId="77777777">
        <w:trPr>
          <w:jc w:val="center"/>
        </w:trPr>
        <w:tc>
          <w:tcPr>
            <w:tcW w:w="10148" w:type="dxa"/>
            <w:tcBorders>
              <w:top w:val="single" w:sz="4" w:space="0" w:color="D9D9D9"/>
              <w:left w:val="single" w:sz="16" w:space="0" w:color="1F4E79"/>
              <w:bottom w:val="single" w:sz="4" w:space="0" w:color="D9D9D9"/>
              <w:right w:val="single" w:sz="4" w:space="0" w:color="D9D9D9"/>
            </w:tcBorders>
            <w:shd w:val="clear" w:color="auto" w:fill="F8F8F8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782EBE10" w14:textId="77777777" w:rsidR="002F2511" w:rsidRDefault="00AF208F">
            <w:pPr>
              <w:jc w:val="both"/>
              <w:rPr>
                <w:lang w:val="it-IT"/>
              </w:rPr>
            </w:pPr>
            <w:r>
              <w:rPr>
                <w:b/>
                <w:sz w:val="19"/>
                <w:lang w:val="it-IT"/>
              </w:rPr>
              <w:t>In caso di NON AUTORIZZAZIONE,</w:t>
            </w:r>
            <w:r>
              <w:rPr>
                <w:b/>
                <w:sz w:val="19"/>
                <w:lang w:val="it-IT"/>
              </w:rPr>
              <w:t xml:space="preserve"> </w:t>
            </w:r>
            <w:r>
              <w:rPr>
                <w:sz w:val="19"/>
                <w:lang w:val="it-IT"/>
              </w:rPr>
              <w:t>se il/la minore non usufruisce del trasporto scolastico comunale, il genitore o un maggiorenne delegato dovrà attenderlo/a all’uscita e prenderlo/a in consegna al termine delle lezioni.</w:t>
            </w:r>
          </w:p>
        </w:tc>
      </w:tr>
    </w:tbl>
    <w:p w14:paraId="5B5AD4D6" w14:textId="77777777" w:rsidR="002F2511" w:rsidRDefault="002F2511">
      <w:pPr>
        <w:rPr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2F2511" w:rsidRPr="00A6039A" w14:paraId="19AF5E5D" w14:textId="77777777">
        <w:trPr>
          <w:jc w:val="center"/>
        </w:trPr>
        <w:tc>
          <w:tcPr>
            <w:tcW w:w="10148" w:type="dxa"/>
            <w:tcBorders>
              <w:top w:val="single" w:sz="4" w:space="0" w:color="D5E1EC"/>
              <w:left w:val="single" w:sz="16" w:space="0" w:color="1F4E79"/>
              <w:bottom w:val="single" w:sz="4" w:space="0" w:color="D5E1EC"/>
              <w:right w:val="single" w:sz="4" w:space="0" w:color="D5E1EC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C36149" w14:textId="77777777" w:rsidR="00A6039A" w:rsidRDefault="00AF208F">
            <w:pPr>
              <w:spacing w:before="20" w:after="20" w:line="250" w:lineRule="auto"/>
              <w:jc w:val="both"/>
              <w:rPr>
                <w:lang w:val="it-IT"/>
              </w:rPr>
            </w:pPr>
            <w:r>
              <w:rPr>
                <w:b/>
                <w:lang w:val="it-IT"/>
              </w:rPr>
              <w:t xml:space="preserve">La presente autorizzazione è valida esclusivamente per </w:t>
            </w:r>
            <w:proofErr w:type="spellStart"/>
            <w:r>
              <w:rPr>
                <w:b/>
                <w:lang w:val="it-IT"/>
              </w:rPr>
              <w:t>l’a.s.</w:t>
            </w:r>
            <w:proofErr w:type="spellEnd"/>
            <w:r>
              <w:rPr>
                <w:b/>
                <w:lang w:val="it-IT"/>
              </w:rPr>
              <w:t xml:space="preserve"> 2026/</w:t>
            </w:r>
            <w:r>
              <w:rPr>
                <w:b/>
                <w:lang w:val="it-IT"/>
              </w:rPr>
              <w:t xml:space="preserve">2027 e dovrà essere rinnovata ogni anno. NON comprende </w:t>
            </w:r>
            <w:r>
              <w:rPr>
                <w:lang w:val="it-IT"/>
              </w:rPr>
              <w:t xml:space="preserve">le uscite anticipate rispetto all’orario ordinario, anche se preventivamente comunicate dalla scuola (ad es. per assemblee sindacali del personale), né le uscite durante l’orario scolastico, le visite </w:t>
            </w:r>
            <w:r>
              <w:rPr>
                <w:lang w:val="it-IT"/>
              </w:rPr>
              <w:t xml:space="preserve">guidate, i viaggi di istruzione o altre attività soggette a specifiche modalità di vigilanza e riconsegna. </w:t>
            </w:r>
          </w:p>
          <w:p w14:paraId="46A3EC5C" w14:textId="00486E7D" w:rsidR="002F2511" w:rsidRDefault="00AF208F">
            <w:pPr>
              <w:spacing w:before="20" w:after="20" w:line="25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In tali casi valgono le disposizioni comunicate di volta in volta dall’Istituto.</w:t>
            </w:r>
          </w:p>
        </w:tc>
      </w:tr>
    </w:tbl>
    <w:p w14:paraId="73FDB4FC" w14:textId="77777777" w:rsidR="002F2511" w:rsidRDefault="002F2511">
      <w:pPr>
        <w:spacing w:after="40" w:line="252" w:lineRule="auto"/>
        <w:jc w:val="both"/>
        <w:rPr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2F2511" w14:paraId="59ABAD8D" w14:textId="77777777">
        <w:trPr>
          <w:jc w:val="center"/>
        </w:trPr>
        <w:tc>
          <w:tcPr>
            <w:tcW w:w="10148" w:type="dxa"/>
            <w:tcBorders>
              <w:top w:val="nil"/>
              <w:left w:val="nil"/>
              <w:bottom w:val="single" w:sz="8" w:space="0" w:color="1F4E79"/>
              <w:right w:val="nil"/>
            </w:tcBorders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</w:tcPr>
          <w:p w14:paraId="308AD8CB" w14:textId="77777777" w:rsidR="002F2511" w:rsidRDefault="00AF208F">
            <w:pPr>
              <w:keepNext/>
              <w:spacing w:line="240" w:lineRule="auto"/>
              <w:ind w:left="-85"/>
            </w:pPr>
            <w:r>
              <w:rPr>
                <w:b/>
              </w:rPr>
              <w:lastRenderedPageBreak/>
              <w:t>TRASPORTO SCOLASTICO COMUNALE</w:t>
            </w:r>
          </w:p>
        </w:tc>
      </w:tr>
    </w:tbl>
    <w:p w14:paraId="2A2DD0D7" w14:textId="77777777" w:rsidR="002F2511" w:rsidRDefault="002F2511"/>
    <w:p w14:paraId="3AB1A10C" w14:textId="77777777" w:rsidR="002F2511" w:rsidRDefault="00AF208F">
      <w:pPr>
        <w:spacing w:after="20" w:line="252" w:lineRule="auto"/>
        <w:rPr>
          <w:lang w:val="it-IT"/>
        </w:rPr>
      </w:pPr>
      <w:r>
        <w:rPr>
          <w:lang w:val="it-IT"/>
        </w:rPr>
        <w:t xml:space="preserve">I sottoscritti </w:t>
      </w:r>
      <w:r>
        <w:rPr>
          <w:lang w:val="it-IT"/>
        </w:rPr>
        <w:t>dichiarano che il/la proprio/a figlio/a:</w:t>
      </w:r>
    </w:p>
    <w:p w14:paraId="4B7C1423" w14:textId="77777777" w:rsidR="002F2511" w:rsidRDefault="00AF208F">
      <w:pPr>
        <w:spacing w:after="20" w:line="240" w:lineRule="auto"/>
        <w:rPr>
          <w:lang w:val="it-IT"/>
        </w:rPr>
      </w:pPr>
      <w:proofErr w:type="gramStart"/>
      <w:r>
        <w:rPr>
          <w:b/>
          <w:lang w:val="it-IT"/>
        </w:rPr>
        <w:t>☐</w:t>
      </w:r>
      <w:r>
        <w:rPr>
          <w:b/>
          <w:lang w:val="it-IT"/>
        </w:rPr>
        <w:t xml:space="preserve">  NON</w:t>
      </w:r>
      <w:proofErr w:type="gramEnd"/>
      <w:r>
        <w:rPr>
          <w:b/>
          <w:lang w:val="it-IT"/>
        </w:rPr>
        <w:t xml:space="preserve"> USUFRUISCE</w:t>
      </w:r>
      <w:r>
        <w:rPr>
          <w:lang w:val="it-IT"/>
        </w:rPr>
        <w:t xml:space="preserve"> del servizio di trasporto scolastico comunale.</w:t>
      </w:r>
    </w:p>
    <w:p w14:paraId="721D6731" w14:textId="77777777" w:rsidR="002F2511" w:rsidRDefault="00AF208F">
      <w:pPr>
        <w:spacing w:after="20" w:line="240" w:lineRule="auto"/>
        <w:rPr>
          <w:lang w:val="it-IT"/>
        </w:rPr>
      </w:pPr>
      <w:proofErr w:type="gramStart"/>
      <w:r>
        <w:rPr>
          <w:b/>
          <w:lang w:val="it-IT"/>
        </w:rPr>
        <w:t>☐</w:t>
      </w:r>
      <w:r>
        <w:rPr>
          <w:b/>
          <w:lang w:val="it-IT"/>
        </w:rPr>
        <w:t xml:space="preserve">  USUFRUISCE</w:t>
      </w:r>
      <w:proofErr w:type="gramEnd"/>
      <w:r>
        <w:rPr>
          <w:lang w:val="it-IT"/>
        </w:rPr>
        <w:t xml:space="preserve"> del servizio di trasporto scolastico comunale e, al termine delle lezioni, sarà affidato/a al servizio di trasporto secondo le modalità,</w:t>
      </w:r>
      <w:r>
        <w:rPr>
          <w:lang w:val="it-IT"/>
        </w:rPr>
        <w:t xml:space="preserve"> gli orari e le fermate stabiliti dall’Ente competente.</w:t>
      </w:r>
    </w:p>
    <w:p w14:paraId="6D0CB2E4" w14:textId="0DC4161D" w:rsidR="002F2511" w:rsidRDefault="002F2511">
      <w:pPr>
        <w:rPr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2F2511" w14:paraId="466D773E" w14:textId="77777777">
        <w:trPr>
          <w:jc w:val="center"/>
        </w:trPr>
        <w:tc>
          <w:tcPr>
            <w:tcW w:w="10148" w:type="dxa"/>
            <w:tcBorders>
              <w:top w:val="nil"/>
              <w:left w:val="nil"/>
              <w:bottom w:val="single" w:sz="8" w:space="0" w:color="1F4E79"/>
              <w:right w:val="nil"/>
            </w:tcBorders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</w:tcPr>
          <w:p w14:paraId="1B37CAD8" w14:textId="77777777" w:rsidR="002F2511" w:rsidRDefault="00AF208F">
            <w:pPr>
              <w:keepNext/>
              <w:spacing w:line="240" w:lineRule="auto"/>
              <w:ind w:left="-85"/>
            </w:pPr>
            <w:r>
              <w:rPr>
                <w:b/>
              </w:rPr>
              <w:t>DICHIARAZIONE DI RESPONSABILITÀ</w:t>
            </w:r>
          </w:p>
        </w:tc>
      </w:tr>
    </w:tbl>
    <w:p w14:paraId="708456E5" w14:textId="77777777" w:rsidR="002F2511" w:rsidRDefault="002F2511"/>
    <w:p w14:paraId="20067313" w14:textId="77777777" w:rsidR="002F2511" w:rsidRPr="002E7B89" w:rsidRDefault="00AF208F">
      <w:pPr>
        <w:spacing w:after="40"/>
        <w:jc w:val="both"/>
        <w:rPr>
          <w:sz w:val="21"/>
          <w:szCs w:val="21"/>
          <w:lang w:val="it-IT"/>
        </w:rPr>
      </w:pPr>
      <w:r w:rsidRPr="002E7B89">
        <w:rPr>
          <w:sz w:val="21"/>
          <w:szCs w:val="21"/>
          <w:lang w:val="it-IT"/>
        </w:rPr>
        <w:t xml:space="preserve">I sottoscritti dichiarano di aver letto il presente modulo e di aver valutato congiuntamente l’effettiva capacità del/la minore di rientrare </w:t>
      </w:r>
      <w:r w:rsidRPr="002E7B89">
        <w:rPr>
          <w:sz w:val="21"/>
          <w:szCs w:val="21"/>
          <w:lang w:val="it-IT"/>
        </w:rPr>
        <w:t>autonomamente a casa in condizioni di sicurezza.</w:t>
      </w:r>
    </w:p>
    <w:p w14:paraId="32795853" w14:textId="77777777" w:rsidR="002F2511" w:rsidRPr="002E7B89" w:rsidRDefault="00AF208F">
      <w:pPr>
        <w:spacing w:after="40"/>
        <w:jc w:val="both"/>
        <w:rPr>
          <w:sz w:val="21"/>
          <w:szCs w:val="21"/>
          <w:lang w:val="it-IT"/>
        </w:rPr>
      </w:pPr>
      <w:r w:rsidRPr="002E7B89">
        <w:rPr>
          <w:sz w:val="21"/>
          <w:szCs w:val="21"/>
          <w:lang w:val="it-IT"/>
        </w:rPr>
        <w:t xml:space="preserve">Dichiarano, inoltre, di essere consapevoli che, una volta che l’alunno/a abbia lasciato i locali e le pertinenze scolastiche al termine delle lezioni, l’obbligo di vigilanza della scuola </w:t>
      </w:r>
      <w:proofErr w:type="gramStart"/>
      <w:r w:rsidRPr="002E7B89">
        <w:rPr>
          <w:sz w:val="21"/>
          <w:szCs w:val="21"/>
          <w:lang w:val="it-IT"/>
        </w:rPr>
        <w:t>sul minore cessa</w:t>
      </w:r>
      <w:proofErr w:type="gramEnd"/>
      <w:r w:rsidRPr="002E7B89">
        <w:rPr>
          <w:sz w:val="21"/>
          <w:szCs w:val="21"/>
          <w:lang w:val="it-IT"/>
        </w:rPr>
        <w:t xml:space="preserve"> rel</w:t>
      </w:r>
      <w:r w:rsidRPr="002E7B89">
        <w:rPr>
          <w:sz w:val="21"/>
          <w:szCs w:val="21"/>
          <w:lang w:val="it-IT"/>
        </w:rPr>
        <w:t>ativamente al successivo percorso verso la propria abitazione, nei limiti e secondo quanto previsto dalla normativa vigente.</w:t>
      </w:r>
    </w:p>
    <w:p w14:paraId="743E395F" w14:textId="484D317A" w:rsidR="002F2511" w:rsidRPr="002E7B89" w:rsidRDefault="00AF208F">
      <w:pPr>
        <w:spacing w:after="40"/>
        <w:jc w:val="both"/>
        <w:rPr>
          <w:sz w:val="21"/>
          <w:szCs w:val="21"/>
          <w:lang w:val="it-IT"/>
        </w:rPr>
      </w:pPr>
      <w:r w:rsidRPr="002E7B89">
        <w:rPr>
          <w:sz w:val="21"/>
          <w:szCs w:val="21"/>
          <w:lang w:val="it-IT"/>
        </w:rPr>
        <w:t>Si impegnano a revocare tempestivamente l’autorizzazione qualora vengano meno le condizioni precedentemente valutate.</w:t>
      </w:r>
    </w:p>
    <w:p w14:paraId="546FF5FA" w14:textId="77777777" w:rsidR="002F2511" w:rsidRDefault="002F2511">
      <w:pPr>
        <w:spacing w:after="40"/>
        <w:jc w:val="both"/>
        <w:rPr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2F2511" w14:paraId="3A4F51F4" w14:textId="77777777">
        <w:trPr>
          <w:jc w:val="center"/>
        </w:trPr>
        <w:tc>
          <w:tcPr>
            <w:tcW w:w="10148" w:type="dxa"/>
            <w:tcBorders>
              <w:top w:val="nil"/>
              <w:left w:val="nil"/>
              <w:bottom w:val="single" w:sz="8" w:space="0" w:color="1F4E79"/>
              <w:right w:val="nil"/>
            </w:tcBorders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</w:tcPr>
          <w:p w14:paraId="122BEDD2" w14:textId="77777777" w:rsidR="002F2511" w:rsidRDefault="00AF208F">
            <w:pPr>
              <w:keepNext/>
              <w:spacing w:line="240" w:lineRule="auto"/>
              <w:ind w:left="-85"/>
            </w:pPr>
            <w:r>
              <w:rPr>
                <w:b/>
              </w:rPr>
              <w:t>DOCUMENTAZIO</w:t>
            </w:r>
            <w:r>
              <w:rPr>
                <w:b/>
              </w:rPr>
              <w:t>NE</w:t>
            </w:r>
          </w:p>
        </w:tc>
      </w:tr>
    </w:tbl>
    <w:p w14:paraId="1007CE1E" w14:textId="77777777" w:rsidR="002F2511" w:rsidRDefault="00AF208F" w:rsidP="00A6039A">
      <w:pPr>
        <w:spacing w:before="80" w:after="80"/>
        <w:jc w:val="both"/>
        <w:rPr>
          <w:lang w:val="it-IT"/>
        </w:rPr>
      </w:pPr>
      <w:r>
        <w:rPr>
          <w:b/>
          <w:sz w:val="21"/>
          <w:lang w:val="it-IT"/>
        </w:rPr>
        <w:t>Documenti di identità: da allegare per gli alunni delle classi prime e per gli alunni di nuova iscrizione all’Istituto, indipendentemente dalla classe frequentata; per gli alunni delle classi seconde e terze già frequentanti l’Istituto solo nei casi in</w:t>
      </w:r>
      <w:r>
        <w:rPr>
          <w:b/>
          <w:sz w:val="21"/>
          <w:lang w:val="it-IT"/>
        </w:rPr>
        <w:t>dicati di seguito.</w:t>
      </w:r>
    </w:p>
    <w:p w14:paraId="3242D0B3" w14:textId="77777777" w:rsidR="002F2511" w:rsidRDefault="002F2511">
      <w:pPr>
        <w:keepNext/>
        <w:spacing w:after="40" w:line="240" w:lineRule="auto"/>
        <w:rPr>
          <w:b/>
          <w:sz w:val="21"/>
          <w:lang w:val="it-IT"/>
        </w:rPr>
      </w:pPr>
    </w:p>
    <w:p w14:paraId="167B0B86" w14:textId="3011B468" w:rsidR="002F2511" w:rsidRDefault="00AF208F">
      <w:pPr>
        <w:keepNext/>
        <w:spacing w:after="40" w:line="240" w:lineRule="auto"/>
        <w:rPr>
          <w:lang w:val="it-IT"/>
        </w:rPr>
      </w:pPr>
      <w:r>
        <w:rPr>
          <w:b/>
          <w:sz w:val="21"/>
          <w:lang w:val="it-IT"/>
        </w:rPr>
        <w:t>ALUNNI DELLE CLASSI PRIME E ALUNNI DI NUOVA ISCRIZIONE ALL’ISTITUTO</w:t>
      </w:r>
    </w:p>
    <w:p w14:paraId="0975D71E" w14:textId="77777777" w:rsidR="002F2511" w:rsidRDefault="00AF208F">
      <w:pPr>
        <w:spacing w:after="20" w:line="240" w:lineRule="auto"/>
        <w:rPr>
          <w:lang w:val="it-IT"/>
        </w:rPr>
      </w:pPr>
      <w:r>
        <w:rPr>
          <w:sz w:val="21"/>
          <w:lang w:val="it-IT"/>
        </w:rPr>
        <w:t>☐</w:t>
      </w:r>
      <w:r>
        <w:rPr>
          <w:sz w:val="21"/>
          <w:lang w:val="it-IT"/>
        </w:rPr>
        <w:t xml:space="preserve"> Si allega copia del documento di identità del primo genitore/tutore firmatario.</w:t>
      </w:r>
    </w:p>
    <w:p w14:paraId="08CA5FA9" w14:textId="77777777" w:rsidR="002F2511" w:rsidRDefault="00AF208F">
      <w:pPr>
        <w:spacing w:after="80" w:line="240" w:lineRule="auto"/>
        <w:rPr>
          <w:lang w:val="it-IT"/>
        </w:rPr>
      </w:pPr>
      <w:r>
        <w:rPr>
          <w:sz w:val="21"/>
          <w:lang w:val="it-IT"/>
        </w:rPr>
        <w:t>☐</w:t>
      </w:r>
      <w:r>
        <w:rPr>
          <w:sz w:val="21"/>
          <w:lang w:val="it-IT"/>
        </w:rPr>
        <w:t xml:space="preserve"> Si allega copia del documento di identità del secondo genitore/tutore firmatario.</w:t>
      </w:r>
    </w:p>
    <w:p w14:paraId="083D3B1E" w14:textId="77777777" w:rsidR="002F2511" w:rsidRDefault="002F2511">
      <w:pPr>
        <w:keepNext/>
        <w:spacing w:after="40" w:line="240" w:lineRule="auto"/>
        <w:rPr>
          <w:b/>
          <w:sz w:val="21"/>
          <w:lang w:val="it-IT"/>
        </w:rPr>
      </w:pPr>
    </w:p>
    <w:p w14:paraId="56C48DFE" w14:textId="504528DB" w:rsidR="002F2511" w:rsidRDefault="00AF208F">
      <w:pPr>
        <w:keepNext/>
        <w:spacing w:after="40" w:line="240" w:lineRule="auto"/>
        <w:rPr>
          <w:lang w:val="it-IT"/>
        </w:rPr>
      </w:pPr>
      <w:r>
        <w:rPr>
          <w:b/>
          <w:sz w:val="21"/>
          <w:lang w:val="it-IT"/>
        </w:rPr>
        <w:t>A</w:t>
      </w:r>
      <w:r>
        <w:rPr>
          <w:b/>
          <w:sz w:val="21"/>
          <w:lang w:val="it-IT"/>
        </w:rPr>
        <w:t>LUNNI DELLE CLASSI SECONDE E TERZE GIÀ FREQUENTANTI L’ISTITUTO</w:t>
      </w:r>
    </w:p>
    <w:p w14:paraId="4D881A92" w14:textId="310D793C" w:rsidR="002F2511" w:rsidRDefault="00AF208F">
      <w:pPr>
        <w:spacing w:after="100" w:line="240" w:lineRule="auto"/>
        <w:jc w:val="both"/>
        <w:rPr>
          <w:bCs/>
          <w:sz w:val="21"/>
          <w:lang w:val="it-IT"/>
        </w:rPr>
      </w:pPr>
      <w:r>
        <w:rPr>
          <w:bCs/>
          <w:sz w:val="21"/>
          <w:lang w:val="it-IT"/>
        </w:rPr>
        <w:t xml:space="preserve">Non devono allegare nuovamente i documenti di identità qualora le copie già agli atti dell’Istituzione scolastica siano ancora in corso di validità. In caso di documento scaduto, </w:t>
      </w:r>
      <w:r>
        <w:rPr>
          <w:bCs/>
          <w:sz w:val="21"/>
          <w:lang w:val="it-IT"/>
        </w:rPr>
        <w:t>sostituito o di variazione dei relativi dati, dovrà essere allegata copia del documento aggiornato.</w:t>
      </w:r>
    </w:p>
    <w:p w14:paraId="6CF0B628" w14:textId="77777777" w:rsidR="002F2511" w:rsidRDefault="002F2511">
      <w:pPr>
        <w:spacing w:after="100" w:line="240" w:lineRule="auto"/>
        <w:jc w:val="both"/>
        <w:rPr>
          <w:bCs/>
          <w:lang w:val="it-IT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2F2511" w:rsidRPr="00A6039A" w14:paraId="0A2FDC21" w14:textId="77777777">
        <w:trPr>
          <w:jc w:val="center"/>
        </w:trPr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</w:tcPr>
          <w:p w14:paraId="79702FF2" w14:textId="0DF7A251" w:rsidR="002F2511" w:rsidRDefault="00AF208F">
            <w:pPr>
              <w:spacing w:line="240" w:lineRule="auto"/>
            </w:pPr>
            <w:proofErr w:type="spellStart"/>
            <w:r>
              <w:rPr>
                <w:sz w:val="19"/>
              </w:rPr>
              <w:t>Nardò</w:t>
            </w:r>
            <w:proofErr w:type="spellEnd"/>
            <w:r>
              <w:rPr>
                <w:sz w:val="19"/>
              </w:rPr>
              <w:t>, _________________________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</w:tcPr>
          <w:p w14:paraId="5FEC601B" w14:textId="170B2FF4" w:rsidR="002F2511" w:rsidRDefault="00AF208F">
            <w:pPr>
              <w:spacing w:line="240" w:lineRule="auto"/>
              <w:jc w:val="center"/>
              <w:rPr>
                <w:lang w:val="it-IT"/>
              </w:rPr>
            </w:pPr>
            <w:r>
              <w:rPr>
                <w:b/>
                <w:sz w:val="19"/>
                <w:lang w:val="it-IT"/>
              </w:rPr>
              <w:t>Firme dei genitori/tutori/affidatari</w:t>
            </w:r>
          </w:p>
        </w:tc>
      </w:tr>
      <w:tr w:rsidR="002F2511" w14:paraId="68C5C4AC" w14:textId="77777777">
        <w:trPr>
          <w:jc w:val="center"/>
        </w:trPr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</w:tcPr>
          <w:p w14:paraId="691C9C2D" w14:textId="77777777" w:rsidR="002F2511" w:rsidRDefault="002F2511">
            <w:pPr>
              <w:rPr>
                <w:lang w:val="it-IT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</w:tcPr>
          <w:p w14:paraId="09A0616A" w14:textId="16F0664C" w:rsidR="002F2511" w:rsidRDefault="00AF208F">
            <w:pPr>
              <w:spacing w:before="40" w:line="240" w:lineRule="auto"/>
              <w:jc w:val="center"/>
              <w:rPr>
                <w:sz w:val="19"/>
              </w:rPr>
            </w:pPr>
            <w:r>
              <w:rPr>
                <w:sz w:val="19"/>
              </w:rPr>
              <w:t>_____________________________</w:t>
            </w:r>
          </w:p>
        </w:tc>
      </w:tr>
      <w:tr w:rsidR="002F2511" w14:paraId="2EA363CC" w14:textId="77777777">
        <w:trPr>
          <w:jc w:val="center"/>
        </w:trPr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</w:tcPr>
          <w:p w14:paraId="0616D7EC" w14:textId="77777777" w:rsidR="002F2511" w:rsidRDefault="002F2511"/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0" w:type="dxa"/>
              <w:right w:w="20" w:type="dxa"/>
            </w:tcMar>
          </w:tcPr>
          <w:p w14:paraId="35663F9E" w14:textId="07B155B3" w:rsidR="002F2511" w:rsidRDefault="00AF208F">
            <w:pPr>
              <w:spacing w:before="40" w:line="240" w:lineRule="auto"/>
              <w:jc w:val="center"/>
              <w:rPr>
                <w:sz w:val="19"/>
              </w:rPr>
            </w:pPr>
            <w:r>
              <w:rPr>
                <w:sz w:val="19"/>
              </w:rPr>
              <w:t>_____________________________</w:t>
            </w:r>
          </w:p>
        </w:tc>
      </w:tr>
    </w:tbl>
    <w:p w14:paraId="4D3842F4" w14:textId="77777777" w:rsidR="002F2511" w:rsidRDefault="002F2511">
      <w:pPr>
        <w:spacing w:after="40" w:line="252" w:lineRule="auto"/>
        <w:jc w:val="both"/>
      </w:pPr>
    </w:p>
    <w:p w14:paraId="77043192" w14:textId="77777777" w:rsidR="002F2511" w:rsidRDefault="00AF208F">
      <w:pPr>
        <w:keepNext/>
        <w:pBdr>
          <w:bottom w:val="single" w:sz="8" w:space="1" w:color="1F4E79"/>
        </w:pBdr>
        <w:shd w:val="clear" w:color="auto" w:fill="EAF2F8"/>
        <w:spacing w:before="100" w:after="100"/>
        <w:rPr>
          <w:lang w:val="it-IT"/>
        </w:rPr>
      </w:pPr>
      <w:r>
        <w:rPr>
          <w:b/>
          <w:sz w:val="21"/>
          <w:lang w:val="it-IT"/>
        </w:rPr>
        <w:t>FIRMA DI UN SOLO GENITORE/TUTORE/AFFIDATARIO</w:t>
      </w:r>
    </w:p>
    <w:p w14:paraId="3D2C5772" w14:textId="2507FA42" w:rsidR="002F2511" w:rsidRDefault="00AF208F">
      <w:pPr>
        <w:spacing w:after="100"/>
        <w:jc w:val="both"/>
        <w:rPr>
          <w:lang w:val="it-IT"/>
        </w:rPr>
      </w:pPr>
      <w:r>
        <w:rPr>
          <w:lang w:val="it-IT"/>
        </w:rPr>
        <w:t xml:space="preserve">Qualora il presente modulo sia sottoscritto da un solo genitore/tutore/affidatario, il/la firmatario/a dichiara, ai sensi dell’art. 47 del D.P.R. 28 dicembre 2000, n. 445, di </w:t>
      </w:r>
      <w:r>
        <w:rPr>
          <w:lang w:val="it-IT"/>
        </w:rPr>
        <w:t>aver effettuato la scelta nel rispetto delle disposizioni di cui agli artt. 316, 337-ter e 337-quater del Codice civile, salvo diversa disposizione dell’Autorità giudiziaria.</w:t>
      </w:r>
    </w:p>
    <w:p w14:paraId="692375DF" w14:textId="77777777" w:rsidR="002F2511" w:rsidRDefault="00AF208F">
      <w:pPr>
        <w:spacing w:after="100"/>
        <w:jc w:val="both"/>
        <w:rPr>
          <w:lang w:val="it-IT"/>
        </w:rPr>
      </w:pPr>
      <w:r>
        <w:rPr>
          <w:lang w:val="it-IT"/>
        </w:rPr>
        <w:t>Il/La sottoscritto/a è consapevole delle conseguenze previste dagli artt. 75 e 76</w:t>
      </w:r>
      <w:r>
        <w:rPr>
          <w:lang w:val="it-IT"/>
        </w:rPr>
        <w:t xml:space="preserve"> del medesimo D.P.R. n. 445/2000 in caso di dichiarazioni non veritiere.</w:t>
      </w:r>
    </w:p>
    <w:p w14:paraId="106DD477" w14:textId="77777777" w:rsidR="002F2511" w:rsidRDefault="00AF208F">
      <w:pPr>
        <w:spacing w:after="100"/>
        <w:jc w:val="both"/>
        <w:rPr>
          <w:lang w:val="it-IT"/>
        </w:rPr>
      </w:pPr>
      <w:r>
        <w:rPr>
          <w:lang w:val="it-IT"/>
        </w:rPr>
        <w:t>La copia del documento di identità del firmatario deve essere allegata qualora non sia già agli atti dell’Istituzione scolastica o qualora quella già acquisita non sia più in corso di</w:t>
      </w:r>
      <w:r>
        <w:rPr>
          <w:lang w:val="it-IT"/>
        </w:rPr>
        <w:t xml:space="preserve"> validità.</w:t>
      </w:r>
    </w:p>
    <w:p w14:paraId="607C94A6" w14:textId="77777777" w:rsidR="002F2511" w:rsidRDefault="002F2511">
      <w:pPr>
        <w:spacing w:after="100"/>
        <w:rPr>
          <w:lang w:val="it-IT"/>
        </w:rPr>
      </w:pPr>
    </w:p>
    <w:p w14:paraId="265F7FB8" w14:textId="77777777" w:rsidR="002F2511" w:rsidRDefault="00AF208F">
      <w:pPr>
        <w:spacing w:after="100"/>
        <w:rPr>
          <w:lang w:val="it-IT"/>
        </w:rPr>
      </w:pPr>
      <w:r>
        <w:rPr>
          <w:lang w:val="it-IT"/>
        </w:rPr>
        <w:t>Nardò, _______________________</w:t>
      </w:r>
    </w:p>
    <w:p w14:paraId="38B38066" w14:textId="77777777" w:rsidR="002F2511" w:rsidRDefault="00AF208F">
      <w:pPr>
        <w:spacing w:after="80"/>
        <w:ind w:right="-546"/>
        <w:jc w:val="center"/>
        <w:rPr>
          <w:lang w:val="it-IT"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  <w:t xml:space="preserve">    Firma del genitore/tutore/affidatario</w:t>
      </w:r>
    </w:p>
    <w:p w14:paraId="595198A1" w14:textId="77777777" w:rsidR="002F2511" w:rsidRDefault="00AF208F">
      <w:pPr>
        <w:jc w:val="center"/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t>_______________________________</w:t>
      </w:r>
    </w:p>
    <w:p w14:paraId="3C38BCA3" w14:textId="77777777" w:rsidR="002F2511" w:rsidRDefault="002F2511"/>
    <w:sectPr w:rsidR="002F2511">
      <w:footerReference w:type="default" r:id="rId9"/>
      <w:pgSz w:w="11906" w:h="16838"/>
      <w:pgMar w:top="652" w:right="879" w:bottom="624" w:left="879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19C19" w14:textId="77777777" w:rsidR="00AF208F" w:rsidRDefault="00AF208F">
      <w:pPr>
        <w:spacing w:line="240" w:lineRule="auto"/>
      </w:pPr>
      <w:r>
        <w:separator/>
      </w:r>
    </w:p>
  </w:endnote>
  <w:endnote w:type="continuationSeparator" w:id="0">
    <w:p w14:paraId="67763FC4" w14:textId="77777777" w:rsidR="00AF208F" w:rsidRDefault="00AF20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08FFB" w14:textId="77777777" w:rsidR="002F2511" w:rsidRDefault="00AF208F">
    <w:pPr>
      <w:pStyle w:val="Pidipagina"/>
      <w:jc w:val="right"/>
    </w:pPr>
    <w:r>
      <w:rPr>
        <w:color w:val="666666"/>
        <w:sz w:val="17"/>
      </w:rPr>
      <w:fldChar w:fldCharType="begin"/>
    </w:r>
    <w:r>
      <w:rPr>
        <w:color w:val="666666"/>
        <w:sz w:val="17"/>
      </w:rPr>
      <w:instrText xml:space="preserve"> PAGE </w:instrText>
    </w:r>
    <w:r>
      <w:rPr>
        <w:color w:val="666666"/>
        <w:sz w:val="17"/>
      </w:rPr>
      <w:fldChar w:fldCharType="separate"/>
    </w:r>
    <w:r>
      <w:rPr>
        <w:noProof/>
        <w:color w:val="666666"/>
        <w:sz w:val="17"/>
      </w:rPr>
      <w:t>1</w:t>
    </w:r>
    <w:r>
      <w:rPr>
        <w:color w:val="666666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1ACCC" w14:textId="77777777" w:rsidR="00AF208F" w:rsidRDefault="00AF208F">
      <w:pPr>
        <w:spacing w:line="240" w:lineRule="auto"/>
      </w:pPr>
      <w:r>
        <w:separator/>
      </w:r>
    </w:p>
  </w:footnote>
  <w:footnote w:type="continuationSeparator" w:id="0">
    <w:p w14:paraId="33276515" w14:textId="77777777" w:rsidR="00AF208F" w:rsidRDefault="00AF20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6CDD"/>
    <w:rsid w:val="0015074B"/>
    <w:rsid w:val="0024257F"/>
    <w:rsid w:val="00263723"/>
    <w:rsid w:val="0029639D"/>
    <w:rsid w:val="002E7B89"/>
    <w:rsid w:val="002F2511"/>
    <w:rsid w:val="00315614"/>
    <w:rsid w:val="00326F90"/>
    <w:rsid w:val="00420CE7"/>
    <w:rsid w:val="00423018"/>
    <w:rsid w:val="004C1842"/>
    <w:rsid w:val="005B206B"/>
    <w:rsid w:val="006A6EFA"/>
    <w:rsid w:val="006F0C7B"/>
    <w:rsid w:val="00771B57"/>
    <w:rsid w:val="007B2781"/>
    <w:rsid w:val="008F64E9"/>
    <w:rsid w:val="0093272C"/>
    <w:rsid w:val="009F0809"/>
    <w:rsid w:val="00A43137"/>
    <w:rsid w:val="00A6039A"/>
    <w:rsid w:val="00AA1D8D"/>
    <w:rsid w:val="00AF208F"/>
    <w:rsid w:val="00B07C88"/>
    <w:rsid w:val="00B25A1A"/>
    <w:rsid w:val="00B47730"/>
    <w:rsid w:val="00B50FBE"/>
    <w:rsid w:val="00B83BAB"/>
    <w:rsid w:val="00BA02DC"/>
    <w:rsid w:val="00C032AC"/>
    <w:rsid w:val="00C77566"/>
    <w:rsid w:val="00CB0664"/>
    <w:rsid w:val="00D76858"/>
    <w:rsid w:val="00F75A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6FC84D"/>
  <w14:defaultImageDpi w14:val="300"/>
  <w15:docId w15:val="{DE16A4B2-954D-B94C-A1E3-B78E911A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0" w:line="245" w:lineRule="auto"/>
    </w:pPr>
    <w:rPr>
      <w:rFonts w:ascii="Arial" w:eastAsia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13</cp:revision>
  <dcterms:created xsi:type="dcterms:W3CDTF">2013-12-23T23:15:00Z</dcterms:created>
  <dcterms:modified xsi:type="dcterms:W3CDTF">2026-09-06T07:29:00Z</dcterms:modified>
  <cp:category/>
</cp:coreProperties>
</file>