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CCEE" w14:textId="77777777" w:rsidR="005B7490" w:rsidRDefault="005B7490">
      <w:pPr>
        <w:keepNext/>
        <w:keepLines/>
        <w:spacing w:after="10" w:line="240" w:lineRule="auto"/>
        <w:jc w:val="center"/>
        <w:rPr>
          <w:b/>
          <w:color w:val="000000"/>
          <w:sz w:val="25"/>
          <w:lang w:val="it-IT"/>
        </w:rPr>
      </w:pPr>
    </w:p>
    <w:p w14:paraId="313CB69E" w14:textId="77777777" w:rsidR="005B7490" w:rsidRDefault="005B7490">
      <w:pPr>
        <w:keepNext/>
        <w:keepLines/>
        <w:spacing w:after="10" w:line="240" w:lineRule="auto"/>
        <w:jc w:val="center"/>
        <w:rPr>
          <w:b/>
          <w:color w:val="000000"/>
          <w:sz w:val="25"/>
          <w:lang w:val="it-IT"/>
        </w:rPr>
      </w:pPr>
    </w:p>
    <w:p w14:paraId="42F243CB" w14:textId="5083FD5E" w:rsidR="005B7490" w:rsidRDefault="002056F9">
      <w:pPr>
        <w:keepNext/>
        <w:keepLines/>
        <w:spacing w:after="10" w:line="240" w:lineRule="auto"/>
        <w:jc w:val="center"/>
        <w:rPr>
          <w:b/>
          <w:color w:val="000000"/>
          <w:sz w:val="25"/>
          <w:lang w:val="it-IT"/>
        </w:rPr>
      </w:pPr>
      <w:r>
        <w:rPr>
          <w:noProof/>
        </w:rPr>
        <w:drawing>
          <wp:inline distT="0" distB="0" distL="0" distR="0" wp14:anchorId="1A42109F" wp14:editId="12331C5D">
            <wp:extent cx="6659880" cy="2227697"/>
            <wp:effectExtent l="0" t="0" r="0" b="0"/>
            <wp:docPr id="2464307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22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54746" w14:textId="77777777" w:rsidR="00DE23F1" w:rsidRDefault="00DE23F1">
      <w:pPr>
        <w:keepNext/>
        <w:keepLines/>
        <w:spacing w:after="10" w:line="240" w:lineRule="auto"/>
        <w:jc w:val="center"/>
        <w:rPr>
          <w:b/>
          <w:color w:val="000000"/>
          <w:sz w:val="25"/>
          <w:lang w:val="it-IT"/>
        </w:rPr>
      </w:pPr>
    </w:p>
    <w:p w14:paraId="36E365F4" w14:textId="687C8FCB" w:rsidR="005B7490" w:rsidRDefault="002056F9">
      <w:pPr>
        <w:keepNext/>
        <w:keepLines/>
        <w:spacing w:after="10" w:line="240" w:lineRule="auto"/>
        <w:jc w:val="center"/>
        <w:rPr>
          <w:lang w:val="it-IT"/>
        </w:rPr>
      </w:pPr>
      <w:r>
        <w:rPr>
          <w:b/>
          <w:color w:val="000000"/>
          <w:sz w:val="25"/>
          <w:lang w:val="it-IT"/>
        </w:rPr>
        <w:t>MODULO DI PRESA VISIONE E SOTTOSCRIZIONE</w:t>
      </w:r>
    </w:p>
    <w:p w14:paraId="4CCB1F27" w14:textId="77777777" w:rsidR="005B7490" w:rsidRDefault="002056F9">
      <w:pPr>
        <w:keepLines/>
        <w:spacing w:after="100" w:line="240" w:lineRule="auto"/>
        <w:jc w:val="center"/>
        <w:rPr>
          <w:lang w:val="it-IT"/>
        </w:rPr>
      </w:pPr>
      <w:r>
        <w:rPr>
          <w:b/>
          <w:color w:val="000000"/>
          <w:sz w:val="23"/>
          <w:lang w:val="it-IT"/>
        </w:rPr>
        <w:t>DEL PATTO EDUCATIVO DI CORRESPONSABILITÀ - A.S. 2026/2027</w:t>
      </w:r>
    </w:p>
    <w:p w14:paraId="6F5033F5" w14:textId="77777777" w:rsidR="005B7490" w:rsidRDefault="005B7490">
      <w:pPr>
        <w:keepLines/>
        <w:spacing w:after="0" w:line="96" w:lineRule="auto"/>
        <w:jc w:val="right"/>
        <w:rPr>
          <w:b/>
          <w:lang w:val="it-IT"/>
        </w:rPr>
      </w:pPr>
    </w:p>
    <w:p w14:paraId="1201BAC9" w14:textId="77777777" w:rsidR="005B7490" w:rsidRDefault="002056F9">
      <w:pPr>
        <w:keepNext/>
        <w:keepLines/>
        <w:spacing w:after="0" w:line="240" w:lineRule="auto"/>
        <w:jc w:val="right"/>
        <w:rPr>
          <w:b/>
          <w:sz w:val="22"/>
          <w:lang w:val="it-IT"/>
        </w:rPr>
      </w:pPr>
      <w:r>
        <w:rPr>
          <w:color w:val="000000"/>
          <w:sz w:val="22"/>
          <w:lang w:val="it-IT"/>
        </w:rPr>
        <w:t xml:space="preserve">Al Dirigente Scolastico </w:t>
      </w:r>
    </w:p>
    <w:p w14:paraId="2776E905" w14:textId="7FEF14E6" w:rsidR="005B7490" w:rsidRDefault="002056F9">
      <w:pPr>
        <w:keepLines/>
        <w:spacing w:after="120" w:line="240" w:lineRule="auto"/>
        <w:jc w:val="right"/>
        <w:rPr>
          <w:b/>
          <w:sz w:val="22"/>
          <w:lang w:val="it-IT"/>
        </w:rPr>
      </w:pPr>
      <w:r>
        <w:rPr>
          <w:color w:val="000000"/>
          <w:sz w:val="22"/>
          <w:lang w:val="it-IT"/>
        </w:rPr>
        <w:t>dell’I.C. Polo 1 Nardò</w:t>
      </w:r>
    </w:p>
    <w:p w14:paraId="04F61420" w14:textId="77777777" w:rsidR="005B7490" w:rsidRDefault="005B7490">
      <w:pPr>
        <w:keepLines/>
        <w:spacing w:after="0" w:line="96" w:lineRule="auto"/>
        <w:jc w:val="right"/>
        <w:rPr>
          <w:lang w:val="it-IT"/>
        </w:rPr>
      </w:pPr>
    </w:p>
    <w:p w14:paraId="17D63418" w14:textId="7C09ADED" w:rsidR="005B7490" w:rsidRDefault="002056F9">
      <w:pPr>
        <w:keepNext/>
        <w:keepLines/>
        <w:pBdr>
          <w:bottom w:val="single" w:sz="7" w:space="2" w:color="000000"/>
        </w:pBdr>
        <w:spacing w:before="20" w:after="80" w:line="240" w:lineRule="auto"/>
        <w:rPr>
          <w:lang w:val="it-IT"/>
        </w:rPr>
      </w:pPr>
      <w:r>
        <w:rPr>
          <w:b/>
          <w:color w:val="000000"/>
          <w:lang w:val="it-IT"/>
        </w:rPr>
        <w:t>DATI DEI GENITORI / ESERCENTI LA RESPONSABILITÀ GENITORIALE</w:t>
      </w:r>
    </w:p>
    <w:p w14:paraId="099B32F6" w14:textId="77777777" w:rsidR="005B7490" w:rsidRDefault="005B7490">
      <w:pPr>
        <w:keepLines/>
        <w:tabs>
          <w:tab w:val="left" w:leader="underscore" w:pos="5272"/>
        </w:tabs>
        <w:spacing w:after="0" w:line="96" w:lineRule="auto"/>
        <w:rPr>
          <w:lang w:val="it-IT"/>
        </w:rPr>
      </w:pPr>
    </w:p>
    <w:p w14:paraId="0F9936F1" w14:textId="6F6ED2D5" w:rsidR="005B7490" w:rsidRDefault="002056F9">
      <w:pPr>
        <w:keepLines/>
        <w:tabs>
          <w:tab w:val="left" w:leader="underscore" w:pos="5272"/>
        </w:tabs>
        <w:spacing w:after="50" w:line="240" w:lineRule="auto"/>
        <w:rPr>
          <w:lang w:val="it-IT"/>
        </w:rPr>
      </w:pPr>
      <w:r>
        <w:rPr>
          <w:color w:val="000000"/>
          <w:lang w:val="it-IT"/>
        </w:rPr>
        <w:t>Il sottoscritto</w:t>
      </w:r>
      <w:r>
        <w:rPr>
          <w:color w:val="000000"/>
          <w:lang w:val="it-IT"/>
        </w:rPr>
        <w:tab/>
      </w:r>
      <w:r>
        <w:rPr>
          <w:color w:val="000000"/>
          <w:lang w:val="it-IT"/>
        </w:rPr>
        <w:t xml:space="preserve">   ☐ padre   ☐ tutore   ☐ affidatario</w:t>
      </w:r>
    </w:p>
    <w:p w14:paraId="03DD7433" w14:textId="77777777" w:rsidR="005B7490" w:rsidRDefault="002056F9">
      <w:pPr>
        <w:keepLines/>
        <w:tabs>
          <w:tab w:val="left" w:leader="underscore" w:pos="5272"/>
        </w:tabs>
        <w:spacing w:after="50" w:line="240" w:lineRule="auto"/>
        <w:rPr>
          <w:lang w:val="it-IT"/>
        </w:rPr>
      </w:pPr>
      <w:r>
        <w:rPr>
          <w:color w:val="000000"/>
          <w:lang w:val="it-IT"/>
        </w:rPr>
        <w:t>e la sottoscritta</w:t>
      </w:r>
      <w:r>
        <w:rPr>
          <w:color w:val="000000"/>
          <w:lang w:val="it-IT"/>
        </w:rPr>
        <w:tab/>
        <w:t xml:space="preserve">   ☐ madre   ☐ tutrice   ☐ affidataria</w:t>
      </w:r>
    </w:p>
    <w:p w14:paraId="61BF884A" w14:textId="6EF7E44F" w:rsidR="005B7490" w:rsidRDefault="002056F9">
      <w:pPr>
        <w:keepLines/>
        <w:tabs>
          <w:tab w:val="left" w:leader="underscore" w:pos="4706"/>
          <w:tab w:val="left" w:leader="underscore" w:pos="10375"/>
        </w:tabs>
        <w:spacing w:after="50" w:line="240" w:lineRule="auto"/>
        <w:rPr>
          <w:lang w:val="it-IT"/>
        </w:rPr>
      </w:pPr>
      <w:r>
        <w:rPr>
          <w:color w:val="000000"/>
          <w:lang w:val="it-IT"/>
        </w:rPr>
        <w:t xml:space="preserve">residenti a </w:t>
      </w:r>
      <w:r>
        <w:rPr>
          <w:color w:val="000000"/>
          <w:lang w:val="it-IT"/>
        </w:rPr>
        <w:tab/>
        <w:t xml:space="preserve">   Via/Piazza n. ____</w:t>
      </w:r>
    </w:p>
    <w:p w14:paraId="0BDC6ED4" w14:textId="2C8EB9F6" w:rsidR="005B7490" w:rsidRDefault="002056F9">
      <w:pPr>
        <w:keepLines/>
        <w:tabs>
          <w:tab w:val="left" w:leader="underscore" w:pos="10375"/>
        </w:tabs>
        <w:spacing w:after="50" w:line="240" w:lineRule="auto"/>
        <w:rPr>
          <w:lang w:val="it-IT"/>
        </w:rPr>
      </w:pPr>
      <w:r>
        <w:rPr>
          <w:color w:val="000000"/>
          <w:lang w:val="it-IT"/>
        </w:rPr>
        <w:t xml:space="preserve">recapito telefonico </w:t>
      </w:r>
      <w:r w:rsidR="00DE23F1">
        <w:rPr>
          <w:color w:val="000000"/>
          <w:lang w:val="it-IT"/>
        </w:rPr>
        <w:t>_______________________________________________________________________________</w:t>
      </w:r>
    </w:p>
    <w:p w14:paraId="77BC8E6D" w14:textId="77777777" w:rsidR="005B7490" w:rsidRDefault="005B7490">
      <w:pPr>
        <w:keepLines/>
        <w:tabs>
          <w:tab w:val="left" w:leader="underscore" w:pos="10375"/>
        </w:tabs>
        <w:spacing w:after="0" w:line="96" w:lineRule="auto"/>
        <w:rPr>
          <w:lang w:val="it-IT"/>
        </w:rPr>
      </w:pPr>
    </w:p>
    <w:p w14:paraId="22947CBB" w14:textId="64C2AEBC" w:rsidR="005B7490" w:rsidRDefault="002056F9">
      <w:pPr>
        <w:keepNext/>
        <w:keepLines/>
        <w:pBdr>
          <w:bottom w:val="single" w:sz="7" w:space="2" w:color="000000"/>
        </w:pBdr>
        <w:spacing w:before="100" w:after="80" w:line="240" w:lineRule="auto"/>
        <w:rPr>
          <w:lang w:val="it-IT"/>
        </w:rPr>
      </w:pPr>
      <w:r>
        <w:rPr>
          <w:b/>
          <w:color w:val="000000"/>
          <w:lang w:val="it-IT"/>
        </w:rPr>
        <w:t>DATI DELL’ALUNNO/A</w:t>
      </w:r>
    </w:p>
    <w:p w14:paraId="0994B7B5" w14:textId="77777777" w:rsidR="005B7490" w:rsidRDefault="005B7490">
      <w:pPr>
        <w:keepLines/>
        <w:tabs>
          <w:tab w:val="left" w:leader="underscore" w:pos="10375"/>
        </w:tabs>
        <w:spacing w:after="0" w:line="96" w:lineRule="auto"/>
        <w:rPr>
          <w:lang w:val="it-IT"/>
        </w:rPr>
      </w:pPr>
    </w:p>
    <w:p w14:paraId="3581D0E0" w14:textId="7868D33C" w:rsidR="005B7490" w:rsidRDefault="002056F9">
      <w:pPr>
        <w:keepLines/>
        <w:tabs>
          <w:tab w:val="left" w:leader="underscore" w:pos="10375"/>
        </w:tabs>
        <w:spacing w:after="50" w:line="240" w:lineRule="auto"/>
        <w:rPr>
          <w:lang w:val="it-IT"/>
        </w:rPr>
      </w:pPr>
      <w:r>
        <w:rPr>
          <w:color w:val="000000"/>
          <w:lang w:val="it-IT"/>
        </w:rPr>
        <w:t xml:space="preserve">esercenti la responsabilità genitoriale dell’alunno/a </w:t>
      </w:r>
      <w:r w:rsidR="00DE23F1">
        <w:rPr>
          <w:color w:val="000000"/>
          <w:lang w:val="it-IT"/>
        </w:rPr>
        <w:t>_____________________________________________________</w:t>
      </w:r>
    </w:p>
    <w:p w14:paraId="5036EB07" w14:textId="479E42D7" w:rsidR="005B7490" w:rsidRDefault="002056F9">
      <w:pPr>
        <w:keepLines/>
        <w:tabs>
          <w:tab w:val="left" w:leader="underscore" w:pos="4706"/>
          <w:tab w:val="left" w:leader="underscore" w:pos="10375"/>
        </w:tabs>
        <w:spacing w:after="50" w:line="240" w:lineRule="auto"/>
        <w:rPr>
          <w:lang w:val="it-IT"/>
        </w:rPr>
      </w:pPr>
      <w:r>
        <w:rPr>
          <w:color w:val="000000"/>
          <w:lang w:val="it-IT"/>
        </w:rPr>
        <w:t xml:space="preserve">nato/a </w:t>
      </w:r>
      <w:proofErr w:type="spellStart"/>
      <w:r>
        <w:rPr>
          <w:color w:val="000000"/>
          <w:lang w:val="it-IT"/>
        </w:rPr>
        <w:t>a</w:t>
      </w:r>
      <w:proofErr w:type="spellEnd"/>
      <w:r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ab/>
        <w:t xml:space="preserve">   il </w:t>
      </w:r>
      <w:r w:rsidR="00DE23F1">
        <w:rPr>
          <w:color w:val="000000"/>
          <w:lang w:val="it-IT"/>
        </w:rPr>
        <w:t>_________________________________________________</w:t>
      </w:r>
    </w:p>
    <w:p w14:paraId="65E35A96" w14:textId="17B0D639" w:rsidR="005B7490" w:rsidRDefault="002056F9">
      <w:pPr>
        <w:keepLines/>
        <w:spacing w:after="50" w:line="240" w:lineRule="auto"/>
        <w:rPr>
          <w:bCs/>
          <w:lang w:val="it-IT"/>
        </w:rPr>
      </w:pPr>
      <w:r>
        <w:rPr>
          <w:bCs/>
          <w:color w:val="000000"/>
          <w:lang w:val="it-IT"/>
        </w:rPr>
        <w:t xml:space="preserve">frequentante, </w:t>
      </w:r>
      <w:proofErr w:type="spellStart"/>
      <w:r>
        <w:rPr>
          <w:bCs/>
          <w:color w:val="000000"/>
          <w:lang w:val="it-IT"/>
        </w:rPr>
        <w:t>nell’a.s.</w:t>
      </w:r>
      <w:proofErr w:type="spellEnd"/>
      <w:r>
        <w:rPr>
          <w:bCs/>
          <w:color w:val="000000"/>
          <w:lang w:val="it-IT"/>
        </w:rPr>
        <w:t xml:space="preserve"> 2026/2027, la:</w:t>
      </w:r>
    </w:p>
    <w:p w14:paraId="76170E76" w14:textId="77777777" w:rsidR="005B7490" w:rsidRDefault="005B7490">
      <w:pPr>
        <w:keepLines/>
        <w:spacing w:after="0" w:line="96" w:lineRule="auto"/>
        <w:rPr>
          <w:lang w:val="it-IT"/>
        </w:rPr>
      </w:pPr>
    </w:p>
    <w:p w14:paraId="5E170DAC" w14:textId="0800E35E" w:rsidR="005B7490" w:rsidRDefault="002056F9">
      <w:pPr>
        <w:keepLines/>
        <w:tabs>
          <w:tab w:val="left" w:pos="3402"/>
          <w:tab w:val="left" w:pos="7483"/>
        </w:tabs>
        <w:spacing w:after="50" w:line="240" w:lineRule="auto"/>
        <w:rPr>
          <w:lang w:val="it-IT"/>
        </w:rPr>
      </w:pPr>
      <w:r>
        <w:rPr>
          <w:color w:val="000000"/>
          <w:lang w:val="it-IT"/>
        </w:rPr>
        <w:t>☐</w:t>
      </w:r>
      <w:r>
        <w:rPr>
          <w:color w:val="000000"/>
          <w:lang w:val="it-IT"/>
        </w:rPr>
        <w:t xml:space="preserve"> Scuola dell’Infanzia</w:t>
      </w:r>
      <w:r>
        <w:rPr>
          <w:color w:val="000000"/>
          <w:lang w:val="it-IT"/>
        </w:rPr>
        <w:tab/>
        <w:t>Plesso: __________________               Sez.: _______</w:t>
      </w:r>
    </w:p>
    <w:p w14:paraId="35746FE1" w14:textId="77777777" w:rsidR="005B7490" w:rsidRDefault="002056F9">
      <w:pPr>
        <w:keepLines/>
        <w:tabs>
          <w:tab w:val="left" w:pos="3402"/>
          <w:tab w:val="left" w:pos="6917"/>
          <w:tab w:val="left" w:pos="8674"/>
        </w:tabs>
        <w:spacing w:after="50" w:line="240" w:lineRule="auto"/>
        <w:rPr>
          <w:lang w:val="it-IT"/>
        </w:rPr>
      </w:pPr>
      <w:r>
        <w:rPr>
          <w:color w:val="000000"/>
          <w:lang w:val="it-IT"/>
        </w:rPr>
        <w:t>☐</w:t>
      </w:r>
      <w:r>
        <w:rPr>
          <w:color w:val="000000"/>
          <w:lang w:val="it-IT"/>
        </w:rPr>
        <w:t xml:space="preserve"> Scuola Primaria</w:t>
      </w:r>
      <w:r>
        <w:rPr>
          <w:color w:val="000000"/>
          <w:lang w:val="it-IT"/>
        </w:rPr>
        <w:tab/>
        <w:t>Plesso: __________________</w:t>
      </w:r>
      <w:r>
        <w:rPr>
          <w:color w:val="000000"/>
          <w:lang w:val="it-IT"/>
        </w:rPr>
        <w:tab/>
        <w:t>Classe: _____</w:t>
      </w:r>
      <w:r>
        <w:rPr>
          <w:color w:val="000000"/>
          <w:lang w:val="it-IT"/>
        </w:rPr>
        <w:tab/>
        <w:t>Sez.: ______</w:t>
      </w:r>
    </w:p>
    <w:p w14:paraId="4EF4CFE6" w14:textId="77777777" w:rsidR="005B7490" w:rsidRDefault="002056F9">
      <w:pPr>
        <w:keepLines/>
        <w:tabs>
          <w:tab w:val="left" w:pos="3402"/>
          <w:tab w:val="left" w:pos="6917"/>
          <w:tab w:val="left" w:pos="8674"/>
        </w:tabs>
        <w:spacing w:after="50" w:line="240" w:lineRule="auto"/>
        <w:rPr>
          <w:lang w:val="it-IT"/>
        </w:rPr>
      </w:pPr>
      <w:r>
        <w:rPr>
          <w:color w:val="000000"/>
          <w:lang w:val="it-IT"/>
        </w:rPr>
        <w:t>☐</w:t>
      </w:r>
      <w:r>
        <w:rPr>
          <w:color w:val="000000"/>
          <w:lang w:val="it-IT"/>
        </w:rPr>
        <w:t xml:space="preserve"> Scuola Secondaria di I grado</w:t>
      </w:r>
      <w:r>
        <w:rPr>
          <w:color w:val="000000"/>
          <w:lang w:val="it-IT"/>
        </w:rPr>
        <w:tab/>
        <w:t>Plesso: ________</w:t>
      </w:r>
      <w:r>
        <w:rPr>
          <w:color w:val="000000"/>
          <w:lang w:val="it-IT"/>
        </w:rPr>
        <w:t>__________</w:t>
      </w:r>
      <w:r>
        <w:rPr>
          <w:color w:val="000000"/>
          <w:lang w:val="it-IT"/>
        </w:rPr>
        <w:tab/>
        <w:t>Classe: _____</w:t>
      </w:r>
      <w:r>
        <w:rPr>
          <w:color w:val="000000"/>
          <w:lang w:val="it-IT"/>
        </w:rPr>
        <w:tab/>
        <w:t>Sez.: ______</w:t>
      </w:r>
    </w:p>
    <w:p w14:paraId="333D2E40" w14:textId="77777777" w:rsidR="005B7490" w:rsidRDefault="005B7490">
      <w:pPr>
        <w:keepLines/>
        <w:spacing w:after="0" w:line="96" w:lineRule="auto"/>
        <w:jc w:val="center"/>
        <w:rPr>
          <w:b/>
          <w:lang w:val="it-IT"/>
        </w:rPr>
      </w:pPr>
    </w:p>
    <w:p w14:paraId="20D87722" w14:textId="4D2411CF" w:rsidR="005B7490" w:rsidRDefault="002056F9">
      <w:pPr>
        <w:keepNext/>
        <w:keepLines/>
        <w:spacing w:before="100" w:after="70" w:line="240" w:lineRule="auto"/>
        <w:jc w:val="center"/>
        <w:rPr>
          <w:b/>
          <w:lang w:val="it-IT"/>
        </w:rPr>
      </w:pPr>
      <w:r>
        <w:rPr>
          <w:b/>
          <w:color w:val="000000"/>
          <w:sz w:val="21"/>
          <w:lang w:val="it-IT"/>
        </w:rPr>
        <w:t>DICHIARANO</w:t>
      </w:r>
    </w:p>
    <w:p w14:paraId="7BCC13C1" w14:textId="77777777" w:rsidR="005B7490" w:rsidRDefault="005B7490">
      <w:pPr>
        <w:keepLines/>
        <w:spacing w:after="0" w:line="96" w:lineRule="auto"/>
        <w:jc w:val="center"/>
        <w:rPr>
          <w:lang w:val="it-IT"/>
        </w:rPr>
      </w:pPr>
    </w:p>
    <w:p w14:paraId="2B5F1F41" w14:textId="5F1EBFFC" w:rsidR="005B7490" w:rsidRDefault="002056F9">
      <w:pPr>
        <w:keepLines/>
        <w:spacing w:after="90" w:line="240" w:lineRule="auto"/>
        <w:jc w:val="both"/>
        <w:rPr>
          <w:lang w:val="it-IT"/>
        </w:rPr>
      </w:pPr>
      <w:r>
        <w:rPr>
          <w:color w:val="000000"/>
          <w:lang w:val="it-IT"/>
        </w:rPr>
        <w:t xml:space="preserve">di aver preso visione del Patto educativo di corresponsabilità dell’Istituto per </w:t>
      </w:r>
      <w:proofErr w:type="spellStart"/>
      <w:r>
        <w:rPr>
          <w:color w:val="000000"/>
          <w:lang w:val="it-IT"/>
        </w:rPr>
        <w:t>l’a.s.</w:t>
      </w:r>
      <w:proofErr w:type="spellEnd"/>
      <w:r>
        <w:rPr>
          <w:color w:val="000000"/>
          <w:lang w:val="it-IT"/>
        </w:rPr>
        <w:t xml:space="preserve"> 2026/2027 e, in particolare, della sezione relativa all’ordine di scuola frequentato dal/dalla proprio/a figlio/a.</w:t>
      </w:r>
    </w:p>
    <w:p w14:paraId="39B7FD8A" w14:textId="77777777" w:rsidR="005B7490" w:rsidRDefault="005B7490">
      <w:pPr>
        <w:keepLines/>
        <w:spacing w:after="0" w:line="96" w:lineRule="auto"/>
        <w:jc w:val="both"/>
        <w:rPr>
          <w:lang w:val="it-IT"/>
        </w:rPr>
      </w:pPr>
    </w:p>
    <w:p w14:paraId="7B3EDA86" w14:textId="62866C8D" w:rsidR="005B7490" w:rsidRDefault="002056F9">
      <w:pPr>
        <w:keepNext/>
        <w:keepLines/>
        <w:spacing w:before="100" w:after="70" w:line="240" w:lineRule="auto"/>
        <w:jc w:val="center"/>
        <w:rPr>
          <w:b/>
          <w:lang w:val="it-IT"/>
        </w:rPr>
      </w:pPr>
      <w:r>
        <w:rPr>
          <w:b/>
          <w:color w:val="000000"/>
          <w:sz w:val="21"/>
          <w:lang w:val="it-IT"/>
        </w:rPr>
        <w:t>SOTTOSCRIVONO E CONDIVIDONO</w:t>
      </w:r>
    </w:p>
    <w:p w14:paraId="59FF39C2" w14:textId="77777777" w:rsidR="005B7490" w:rsidRDefault="005B7490">
      <w:pPr>
        <w:keepLines/>
        <w:spacing w:after="0" w:line="96" w:lineRule="auto"/>
        <w:jc w:val="center"/>
        <w:rPr>
          <w:lang w:val="it-IT"/>
        </w:rPr>
      </w:pPr>
    </w:p>
    <w:p w14:paraId="355245AF" w14:textId="77777777" w:rsidR="005B7490" w:rsidRDefault="002056F9">
      <w:pPr>
        <w:keepLines/>
        <w:spacing w:after="90" w:line="240" w:lineRule="auto"/>
        <w:jc w:val="both"/>
        <w:rPr>
          <w:lang w:val="it-IT"/>
        </w:rPr>
      </w:pPr>
      <w:r>
        <w:rPr>
          <w:color w:val="000000"/>
          <w:lang w:val="it-IT"/>
        </w:rPr>
        <w:t>i principi, gli impegni e le disposizioni in esso richiamati, impegnandosi a collaborare con la scuola nel ris</w:t>
      </w:r>
      <w:r>
        <w:rPr>
          <w:color w:val="000000"/>
          <w:lang w:val="it-IT"/>
        </w:rPr>
        <w:t>petto dei reciproci ruoli.</w:t>
      </w:r>
    </w:p>
    <w:p w14:paraId="51B47C80" w14:textId="77777777" w:rsidR="005B7490" w:rsidRDefault="005B7490">
      <w:pPr>
        <w:keepLines/>
        <w:tabs>
          <w:tab w:val="left" w:leader="underscore" w:pos="4082"/>
          <w:tab w:val="left" w:pos="6406"/>
        </w:tabs>
        <w:spacing w:after="0" w:line="96" w:lineRule="auto"/>
        <w:rPr>
          <w:lang w:val="it-IT"/>
        </w:rPr>
      </w:pPr>
    </w:p>
    <w:p w14:paraId="610DCF05" w14:textId="77777777" w:rsidR="005B7490" w:rsidRDefault="002056F9">
      <w:pPr>
        <w:keepNext/>
        <w:keepLines/>
        <w:tabs>
          <w:tab w:val="left" w:leader="underscore" w:pos="4082"/>
          <w:tab w:val="left" w:pos="6406"/>
        </w:tabs>
        <w:spacing w:before="100" w:after="6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 xml:space="preserve">Nardò, </w:t>
      </w:r>
      <w:r>
        <w:rPr>
          <w:color w:val="000000"/>
          <w:lang w:val="it-IT"/>
        </w:rPr>
        <w:tab/>
      </w:r>
      <w:r>
        <w:rPr>
          <w:color w:val="000000"/>
          <w:lang w:val="it-IT"/>
        </w:rPr>
        <w:tab/>
      </w:r>
    </w:p>
    <w:p w14:paraId="30481FEB" w14:textId="7ED67B65" w:rsidR="005B7490" w:rsidRDefault="002056F9">
      <w:pPr>
        <w:keepNext/>
        <w:keepLines/>
        <w:tabs>
          <w:tab w:val="left" w:leader="underscore" w:pos="4082"/>
          <w:tab w:val="left" w:pos="6406"/>
        </w:tabs>
        <w:spacing w:before="100" w:after="60" w:line="240" w:lineRule="auto"/>
        <w:rPr>
          <w:b/>
          <w:color w:val="000000"/>
          <w:lang w:val="it-IT"/>
        </w:rPr>
      </w:pPr>
      <w:r>
        <w:rPr>
          <w:color w:val="000000"/>
          <w:lang w:val="it-IT"/>
        </w:rPr>
        <w:t xml:space="preserve">                                                                                                                      </w:t>
      </w:r>
      <w:r>
        <w:rPr>
          <w:b/>
          <w:color w:val="000000"/>
          <w:lang w:val="it-IT"/>
        </w:rPr>
        <w:t>Firme dei genitori/tutori/affidatari</w:t>
      </w:r>
    </w:p>
    <w:p w14:paraId="0548E049" w14:textId="4CCDBEB3" w:rsidR="005B7490" w:rsidRDefault="002056F9">
      <w:pPr>
        <w:keepNext/>
        <w:keepLines/>
        <w:tabs>
          <w:tab w:val="left" w:leader="underscore" w:pos="4082"/>
          <w:tab w:val="left" w:pos="6406"/>
        </w:tabs>
        <w:spacing w:before="100" w:after="60" w:line="240" w:lineRule="auto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                                                               </w:t>
      </w:r>
      <w:r>
        <w:rPr>
          <w:b/>
          <w:color w:val="000000"/>
          <w:lang w:val="it-IT"/>
        </w:rPr>
        <w:t xml:space="preserve">                                                      ______________________________</w:t>
      </w:r>
    </w:p>
    <w:p w14:paraId="0C19BF3C" w14:textId="60EFCCBE" w:rsidR="005B7490" w:rsidRDefault="002056F9">
      <w:pPr>
        <w:keepNext/>
        <w:keepLines/>
        <w:tabs>
          <w:tab w:val="left" w:leader="underscore" w:pos="4082"/>
          <w:tab w:val="left" w:pos="6406"/>
        </w:tabs>
        <w:spacing w:before="100" w:after="60" w:line="240" w:lineRule="auto"/>
        <w:rPr>
          <w:color w:val="000000"/>
          <w:lang w:val="it-IT"/>
        </w:rPr>
      </w:pPr>
      <w:r>
        <w:rPr>
          <w:b/>
          <w:color w:val="000000"/>
          <w:lang w:val="it-IT"/>
        </w:rPr>
        <w:t xml:space="preserve">                                                                                                                     ______________________________</w:t>
      </w:r>
    </w:p>
    <w:p w14:paraId="59FD4FF0" w14:textId="7BAE6A84" w:rsidR="005B7490" w:rsidRDefault="002056F9">
      <w:pPr>
        <w:keepLines/>
        <w:tabs>
          <w:tab w:val="left" w:leader="underscore" w:pos="10375"/>
        </w:tabs>
        <w:spacing w:after="0" w:line="96" w:lineRule="auto"/>
        <w:jc w:val="right"/>
        <w:rPr>
          <w:lang w:val="it-IT"/>
        </w:rPr>
      </w:pPr>
      <w:r>
        <w:rPr>
          <w:color w:val="000000"/>
          <w:sz w:val="4"/>
          <w:lang w:val="it-IT"/>
        </w:rPr>
        <w:t xml:space="preserve">                      </w:t>
      </w:r>
      <w:r>
        <w:rPr>
          <w:i/>
          <w:color w:val="000000"/>
          <w:sz w:val="19"/>
          <w:lang w:val="it-IT"/>
        </w:rPr>
        <w:t xml:space="preserve"> </w:t>
      </w:r>
    </w:p>
    <w:p w14:paraId="2C4D949F" w14:textId="77777777" w:rsidR="005B7490" w:rsidRDefault="002056F9">
      <w:pPr>
        <w:keepLines/>
        <w:tabs>
          <w:tab w:val="left" w:leader="underscore" w:pos="10375"/>
        </w:tabs>
        <w:spacing w:after="0" w:line="96" w:lineRule="auto"/>
        <w:jc w:val="right"/>
        <w:rPr>
          <w:lang w:val="it-IT"/>
        </w:rPr>
      </w:pPr>
      <w:r>
        <w:rPr>
          <w:color w:val="000000"/>
          <w:sz w:val="4"/>
          <w:lang w:val="it-IT"/>
        </w:rPr>
        <w:t xml:space="preserve">                              </w:t>
      </w:r>
    </w:p>
    <w:p w14:paraId="4B50A905" w14:textId="707103AC" w:rsidR="005B7490" w:rsidRDefault="005B7490">
      <w:pPr>
        <w:keepLines/>
        <w:tabs>
          <w:tab w:val="left" w:leader="underscore" w:pos="10375"/>
        </w:tabs>
        <w:spacing w:after="0" w:line="96" w:lineRule="auto"/>
        <w:jc w:val="right"/>
        <w:rPr>
          <w:i/>
          <w:sz w:val="18"/>
          <w:lang w:val="it-IT"/>
        </w:rPr>
      </w:pPr>
    </w:p>
    <w:p w14:paraId="3AA6DC0A" w14:textId="2E543D88" w:rsidR="005B7490" w:rsidRDefault="005B7490">
      <w:pPr>
        <w:keepLines/>
        <w:tabs>
          <w:tab w:val="left" w:leader="underscore" w:pos="10375"/>
        </w:tabs>
        <w:spacing w:after="0" w:line="96" w:lineRule="auto"/>
        <w:jc w:val="right"/>
        <w:rPr>
          <w:i/>
          <w:sz w:val="18"/>
          <w:lang w:val="it-IT"/>
        </w:rPr>
      </w:pPr>
    </w:p>
    <w:p w14:paraId="26975BE9" w14:textId="760CC289" w:rsidR="005B7490" w:rsidRDefault="002056F9">
      <w:pPr>
        <w:keepNext/>
        <w:pBdr>
          <w:bottom w:val="single" w:sz="8" w:space="1" w:color="1F4E79"/>
        </w:pBdr>
        <w:shd w:val="clear" w:color="auto" w:fill="EAF2F8"/>
        <w:spacing w:before="100" w:after="100"/>
        <w:rPr>
          <w:lang w:val="it-IT"/>
        </w:rPr>
      </w:pPr>
      <w:r>
        <w:rPr>
          <w:b/>
          <w:sz w:val="21"/>
          <w:lang w:val="it-IT"/>
        </w:rPr>
        <w:t>FIRMA DI UN SOLO GENITORE/TUTORE/AFFIDATARIO</w:t>
      </w:r>
    </w:p>
    <w:p w14:paraId="17ADB5BD" w14:textId="77777777" w:rsidR="005B7490" w:rsidRDefault="002056F9">
      <w:pPr>
        <w:spacing w:after="100"/>
        <w:jc w:val="both"/>
        <w:rPr>
          <w:lang w:val="it-IT"/>
        </w:rPr>
      </w:pPr>
      <w:r>
        <w:rPr>
          <w:lang w:val="it-IT"/>
        </w:rPr>
        <w:t xml:space="preserve">Qualora il presente modulo sia sottoscritto da un solo genitore/tutore/affidatario, il/la firmatario/a dichiara, ai sensi dell’art. 47 del </w:t>
      </w:r>
      <w:r>
        <w:rPr>
          <w:lang w:val="it-IT"/>
        </w:rPr>
        <w:t>D.P.R. 28 dicembre 2000, n. 445, di aver effettuato la presente sottoscrizione in osservanza delle disposizioni sulla responsabilità genitoriale di cui agli artt. 316, 337-ter e 337-quater del Codice civile, salvo diversa disposizione dell’Autorità giudizi</w:t>
      </w:r>
      <w:r>
        <w:rPr>
          <w:lang w:val="it-IT"/>
        </w:rPr>
        <w:t>aria.</w:t>
      </w:r>
    </w:p>
    <w:p w14:paraId="7E21E10F" w14:textId="77777777" w:rsidR="005B7490" w:rsidRDefault="005B7490">
      <w:pPr>
        <w:spacing w:after="100"/>
        <w:jc w:val="both"/>
        <w:rPr>
          <w:lang w:val="it-IT"/>
        </w:rPr>
      </w:pPr>
    </w:p>
    <w:p w14:paraId="274960E7" w14:textId="77777777" w:rsidR="005B7490" w:rsidRDefault="005B7490">
      <w:pPr>
        <w:spacing w:after="100"/>
        <w:jc w:val="both"/>
        <w:rPr>
          <w:lang w:val="it-IT"/>
        </w:rPr>
      </w:pPr>
    </w:p>
    <w:p w14:paraId="276CAEBE" w14:textId="77777777" w:rsidR="005B7490" w:rsidRDefault="005B7490">
      <w:pPr>
        <w:spacing w:after="100"/>
        <w:jc w:val="both"/>
        <w:rPr>
          <w:lang w:val="it-IT"/>
        </w:rPr>
      </w:pPr>
    </w:p>
    <w:p w14:paraId="74C3EEA3" w14:textId="45173C2F" w:rsidR="005B7490" w:rsidRDefault="002056F9">
      <w:pPr>
        <w:spacing w:after="100"/>
        <w:jc w:val="both"/>
        <w:rPr>
          <w:lang w:val="it-IT"/>
        </w:rPr>
      </w:pPr>
      <w:r>
        <w:rPr>
          <w:lang w:val="it-IT"/>
        </w:rPr>
        <w:t>Il/La sottoscritto/a è consapevole delle conseguenze previste dagli artt. 75 e 76 del medesimo D.P.R. n. 445/2000 in caso di dichiarazioni non veritiere.</w:t>
      </w:r>
    </w:p>
    <w:p w14:paraId="1BA6DC87" w14:textId="77777777" w:rsidR="005B7490" w:rsidRDefault="002056F9">
      <w:pPr>
        <w:spacing w:after="100"/>
        <w:jc w:val="both"/>
        <w:rPr>
          <w:lang w:val="it-IT"/>
        </w:rPr>
      </w:pPr>
      <w:r>
        <w:rPr>
          <w:lang w:val="it-IT"/>
        </w:rPr>
        <w:t>Ai fini della presente dichiarazione, la copia del documento di identità in corso di validità</w:t>
      </w:r>
      <w:r>
        <w:rPr>
          <w:lang w:val="it-IT"/>
        </w:rPr>
        <w:t xml:space="preserve"> del firmatario deve essere allegata solo se non già acquisita agli atti dell’Istituto per l’a.s. 2026/2027, anche in occasione della presentazione di altra modulistica. Se già agli atti e ancora in corso di validità, non deve essere prodotta nuovamente.</w:t>
      </w:r>
    </w:p>
    <w:p w14:paraId="6B66DD83" w14:textId="77777777" w:rsidR="005B7490" w:rsidRDefault="005B7490">
      <w:pPr>
        <w:spacing w:after="100"/>
        <w:rPr>
          <w:lang w:val="it-IT"/>
        </w:rPr>
      </w:pPr>
    </w:p>
    <w:p w14:paraId="644CECD0" w14:textId="77777777" w:rsidR="005B7490" w:rsidRDefault="002056F9">
      <w:pPr>
        <w:spacing w:after="100"/>
        <w:rPr>
          <w:lang w:val="it-IT"/>
        </w:rPr>
      </w:pPr>
      <w:r>
        <w:rPr>
          <w:lang w:val="it-IT"/>
        </w:rPr>
        <w:t>Nardò, _______________________</w:t>
      </w:r>
    </w:p>
    <w:p w14:paraId="2578B00D" w14:textId="446F59D8" w:rsidR="005B7490" w:rsidRDefault="002056F9">
      <w:pPr>
        <w:spacing w:after="80"/>
        <w:ind w:right="-546"/>
        <w:jc w:val="center"/>
        <w:rPr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 xml:space="preserve">   Firma del genitore/tutore/affidatario</w:t>
      </w:r>
    </w:p>
    <w:p w14:paraId="2206B2F9" w14:textId="77777777" w:rsidR="005B7490" w:rsidRDefault="002056F9">
      <w:pPr>
        <w:jc w:val="center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________________________________</w:t>
      </w:r>
    </w:p>
    <w:p w14:paraId="5776B738" w14:textId="77777777" w:rsidR="005B7490" w:rsidRDefault="005B7490">
      <w:pPr>
        <w:keepLines/>
        <w:spacing w:after="0" w:line="24" w:lineRule="auto"/>
        <w:jc w:val="center"/>
        <w:rPr>
          <w:i/>
          <w:sz w:val="18"/>
          <w:lang w:val="it-IT"/>
        </w:rPr>
      </w:pPr>
    </w:p>
    <w:p w14:paraId="76B42AB0" w14:textId="77777777" w:rsidR="005B7490" w:rsidRDefault="005B7490">
      <w:pPr>
        <w:keepLines/>
        <w:spacing w:after="0" w:line="24" w:lineRule="auto"/>
        <w:jc w:val="center"/>
        <w:rPr>
          <w:i/>
          <w:sz w:val="18"/>
          <w:lang w:val="it-IT"/>
        </w:rPr>
      </w:pPr>
    </w:p>
    <w:p w14:paraId="2A6B58B7" w14:textId="005FCFD1" w:rsidR="005B7490" w:rsidRDefault="002056F9">
      <w:pPr>
        <w:keepLines/>
        <w:spacing w:before="20" w:after="0" w:line="240" w:lineRule="auto"/>
        <w:rPr>
          <w:sz w:val="21"/>
          <w:szCs w:val="21"/>
          <w:lang w:val="it-IT"/>
        </w:rPr>
      </w:pPr>
      <w:r>
        <w:rPr>
          <w:i/>
          <w:color w:val="000000"/>
          <w:sz w:val="21"/>
          <w:szCs w:val="21"/>
          <w:lang w:val="it-IT"/>
        </w:rPr>
        <w:t>L’eventuale mancata sottoscrizione non esonera dal rispetto delle disposizioni vigenti e delle regole dell’Istituto applicabili alla f</w:t>
      </w:r>
      <w:r>
        <w:rPr>
          <w:i/>
          <w:color w:val="000000"/>
          <w:sz w:val="21"/>
          <w:szCs w:val="21"/>
          <w:lang w:val="it-IT"/>
        </w:rPr>
        <w:t>requenza scolastica.</w:t>
      </w:r>
    </w:p>
    <w:sectPr w:rsidR="005B7490">
      <w:pgSz w:w="11906" w:h="16838"/>
      <w:pgMar w:top="118" w:right="709" w:bottom="45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15F4"/>
    <w:rsid w:val="001162B7"/>
    <w:rsid w:val="0015074B"/>
    <w:rsid w:val="0017632C"/>
    <w:rsid w:val="002056F9"/>
    <w:rsid w:val="00282422"/>
    <w:rsid w:val="0029639D"/>
    <w:rsid w:val="00326F90"/>
    <w:rsid w:val="004948EE"/>
    <w:rsid w:val="004C4208"/>
    <w:rsid w:val="004F03A1"/>
    <w:rsid w:val="005B7490"/>
    <w:rsid w:val="005D3D96"/>
    <w:rsid w:val="00731740"/>
    <w:rsid w:val="00783FF6"/>
    <w:rsid w:val="00932C6C"/>
    <w:rsid w:val="00A11BE5"/>
    <w:rsid w:val="00AA1D8D"/>
    <w:rsid w:val="00B47730"/>
    <w:rsid w:val="00B650EA"/>
    <w:rsid w:val="00CB0664"/>
    <w:rsid w:val="00DB5941"/>
    <w:rsid w:val="00DE23F1"/>
    <w:rsid w:val="00E67C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C3906"/>
  <w14:defaultImageDpi w14:val="300"/>
  <w15:docId w15:val="{7CF21DE7-A6C7-5945-A723-2C61BA6F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eastAsia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presa visione e sottoscrizione del Patto educativo di corresponsabilità - a.s. 2026/2027</dc:title>
  <dc:subject/>
  <dc:creator/>
  <cp:keywords/>
  <dc:description/>
  <cp:lastModifiedBy>Microsoft Office User</cp:lastModifiedBy>
  <cp:revision>15</cp:revision>
  <cp:lastPrinted>2026-09-06T07:57:00Z</cp:lastPrinted>
  <dcterms:created xsi:type="dcterms:W3CDTF">2026-08-26T18:50:00Z</dcterms:created>
  <dcterms:modified xsi:type="dcterms:W3CDTF">2026-09-06T07:57:00Z</dcterms:modified>
  <cp:category/>
</cp:coreProperties>
</file>