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34E09" w14:textId="77777777" w:rsidR="00E965AA" w:rsidRDefault="00AB2FF6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B5EC099" wp14:editId="274705C7">
            <wp:extent cx="558918" cy="3433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_emblem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847" cy="35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55E06" w14:textId="77777777" w:rsidR="00E965AA" w:rsidRPr="00AB2FF6" w:rsidRDefault="00AB2FF6" w:rsidP="00AB2FF6">
      <w:pPr>
        <w:pStyle w:val="Nessunaspaziatura"/>
        <w:jc w:val="center"/>
        <w:rPr>
          <w:rFonts w:ascii="Arial" w:hAnsi="Arial" w:cs="Arial"/>
          <w:b/>
          <w:bCs/>
          <w:lang w:val="it-IT"/>
        </w:rPr>
      </w:pPr>
      <w:r w:rsidRPr="00AB2FF6">
        <w:rPr>
          <w:rFonts w:ascii="Arial" w:hAnsi="Arial" w:cs="Arial"/>
          <w:b/>
          <w:bCs/>
          <w:lang w:val="it-IT"/>
        </w:rPr>
        <w:t>Ministero dell’Istruzione e del Merito</w:t>
      </w:r>
    </w:p>
    <w:p w14:paraId="3004F335" w14:textId="77777777" w:rsidR="00E965AA" w:rsidRPr="00AB2FF6" w:rsidRDefault="00AB2FF6" w:rsidP="00AB2FF6">
      <w:pPr>
        <w:pStyle w:val="Nessunaspaziatura"/>
        <w:jc w:val="center"/>
        <w:rPr>
          <w:rFonts w:ascii="Arial" w:hAnsi="Arial" w:cs="Arial"/>
          <w:b/>
          <w:bCs/>
          <w:lang w:val="it-IT"/>
        </w:rPr>
      </w:pPr>
      <w:r w:rsidRPr="00AB2FF6">
        <w:rPr>
          <w:rFonts w:ascii="Arial" w:hAnsi="Arial" w:cs="Arial"/>
          <w:b/>
          <w:bCs/>
          <w:spacing w:val="22"/>
          <w:lang w:val="it-IT"/>
        </w:rPr>
        <w:t>Istituto Comprensivo POLO 1 NARDÒ</w:t>
      </w:r>
    </w:p>
    <w:p w14:paraId="48F308BA" w14:textId="77777777" w:rsidR="00E965AA" w:rsidRPr="00AB2FF6" w:rsidRDefault="00AB2FF6" w:rsidP="00AB2FF6">
      <w:pPr>
        <w:pStyle w:val="Nessunaspaziatura"/>
        <w:jc w:val="center"/>
        <w:rPr>
          <w:rFonts w:ascii="Arial" w:hAnsi="Arial" w:cs="Arial"/>
          <w:lang w:val="it-IT"/>
        </w:rPr>
      </w:pPr>
      <w:r w:rsidRPr="00AB2FF6">
        <w:rPr>
          <w:rFonts w:ascii="Arial" w:hAnsi="Arial" w:cs="Arial"/>
          <w:spacing w:val="15"/>
          <w:lang w:val="it-IT"/>
        </w:rPr>
        <w:t>Viale della Costituzione, 18 - 73048 NARDÒ</w:t>
      </w:r>
    </w:p>
    <w:p w14:paraId="2EA2A48F" w14:textId="77777777" w:rsidR="00E965AA" w:rsidRPr="00AB2FF6" w:rsidRDefault="00AB2FF6" w:rsidP="00AB2FF6">
      <w:pPr>
        <w:pStyle w:val="Nessunaspaziatura"/>
        <w:jc w:val="center"/>
        <w:rPr>
          <w:rFonts w:ascii="Arial" w:hAnsi="Arial" w:cs="Arial"/>
          <w:lang w:val="it-IT"/>
        </w:rPr>
      </w:pPr>
      <w:r w:rsidRPr="00AB2FF6">
        <w:rPr>
          <w:rFonts w:ascii="Arial" w:hAnsi="Arial" w:cs="Arial"/>
          <w:lang w:val="it-IT"/>
        </w:rPr>
        <w:t xml:space="preserve">Tel. 0833/871017 Mail: </w:t>
      </w:r>
      <w:r w:rsidRPr="00AB2FF6">
        <w:rPr>
          <w:rFonts w:ascii="Arial" w:hAnsi="Arial" w:cs="Arial"/>
          <w:color w:val="0000C8"/>
          <w:u w:val="single"/>
          <w:lang w:val="it-IT"/>
        </w:rPr>
        <w:t>LEIC896001@istruzione.it</w:t>
      </w:r>
      <w:r w:rsidRPr="00AB2FF6">
        <w:rPr>
          <w:rFonts w:ascii="Arial" w:hAnsi="Arial" w:cs="Arial"/>
          <w:lang w:val="it-IT"/>
        </w:rPr>
        <w:t xml:space="preserve"> - PEC: </w:t>
      </w:r>
      <w:r w:rsidRPr="00AB2FF6">
        <w:rPr>
          <w:rFonts w:ascii="Arial" w:hAnsi="Arial" w:cs="Arial"/>
          <w:color w:val="0000C8"/>
          <w:u w:val="single"/>
          <w:lang w:val="it-IT"/>
        </w:rPr>
        <w:t>LEIC896001@pec.istruzione.it</w:t>
      </w:r>
    </w:p>
    <w:p w14:paraId="308FC563" w14:textId="77777777" w:rsidR="00E965AA" w:rsidRPr="00AB2FF6" w:rsidRDefault="00AB2FF6" w:rsidP="00AB2FF6">
      <w:pPr>
        <w:pStyle w:val="Nessunaspaziatura"/>
        <w:jc w:val="center"/>
        <w:rPr>
          <w:rFonts w:ascii="Arial" w:hAnsi="Arial" w:cs="Arial"/>
          <w:lang w:val="it-IT"/>
        </w:rPr>
      </w:pPr>
      <w:r w:rsidRPr="00AB2FF6">
        <w:rPr>
          <w:rFonts w:ascii="Arial" w:hAnsi="Arial" w:cs="Arial"/>
          <w:lang w:val="it-IT"/>
        </w:rPr>
        <w:t>Codice Fiscale: 91025790758 - C.M.: LEIC896001</w:t>
      </w:r>
    </w:p>
    <w:p w14:paraId="16942CBA" w14:textId="77777777" w:rsidR="00E965AA" w:rsidRPr="00AB2FF6" w:rsidRDefault="00AB2FF6" w:rsidP="00AB2FF6">
      <w:pPr>
        <w:pStyle w:val="Nessunaspaziatura"/>
        <w:jc w:val="center"/>
        <w:rPr>
          <w:rFonts w:ascii="Arial" w:hAnsi="Arial" w:cs="Arial"/>
          <w:lang w:val="it-IT"/>
        </w:rPr>
      </w:pPr>
      <w:r w:rsidRPr="00AB2FF6">
        <w:rPr>
          <w:rFonts w:ascii="Arial" w:hAnsi="Arial" w:cs="Arial"/>
          <w:color w:val="0000C8"/>
          <w:u w:val="single"/>
          <w:lang w:val="it-IT"/>
        </w:rPr>
        <w:t>https://www.comprensivonardo1.it/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476"/>
        <w:gridCol w:w="1944"/>
        <w:gridCol w:w="1958"/>
        <w:gridCol w:w="1440"/>
        <w:gridCol w:w="1152"/>
      </w:tblGrid>
      <w:tr w:rsidR="00E965AA" w14:paraId="44B008EA" w14:textId="77777777">
        <w:trPr>
          <w:jc w:val="center"/>
        </w:trPr>
        <w:tc>
          <w:tcPr>
            <w:tcW w:w="15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4932B" w14:textId="77777777" w:rsidR="00E965AA" w:rsidRDefault="00AB2FF6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E14C38F" wp14:editId="5D9F1F63">
                  <wp:extent cx="877824" cy="41659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24" cy="4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EA9EA" w14:textId="77777777" w:rsidR="00E965AA" w:rsidRDefault="00AB2FF6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C83FC05" wp14:editId="2E682A9A">
                  <wp:extent cx="1463040" cy="40965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40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97948" w14:textId="77777777" w:rsidR="00E965AA" w:rsidRDefault="00AB2FF6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D37272A" wp14:editId="77E67290">
                  <wp:extent cx="1143000" cy="419582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3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419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EA1FD" w14:textId="77777777" w:rsidR="00E965AA" w:rsidRDefault="00AB2FF6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EC5E556" wp14:editId="68FC0B27">
                  <wp:extent cx="1188720" cy="4477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30CA" w14:textId="77777777" w:rsidR="00E965AA" w:rsidRDefault="00AB2FF6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844BB20" wp14:editId="6FCB79F0">
                  <wp:extent cx="822960" cy="59664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5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596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92F8" w14:textId="77777777" w:rsidR="00E965AA" w:rsidRDefault="00AB2FF6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C11D8AE" wp14:editId="03B28C04">
                  <wp:extent cx="658368" cy="51524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it_logo_6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515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3FAA26" w14:textId="7C237BB7" w:rsidR="001E3EF9" w:rsidRPr="00595BB2" w:rsidRDefault="001E3EF9">
      <w:pPr>
        <w:spacing w:after="40" w:line="240" w:lineRule="auto"/>
        <w:jc w:val="center"/>
        <w:rPr>
          <w:rFonts w:eastAsia="Arial" w:cs="Arial"/>
          <w:b/>
          <w:color w:val="548DD4" w:themeColor="text2" w:themeTint="99"/>
          <w:sz w:val="24"/>
          <w:lang w:val="it-IT"/>
        </w:rPr>
      </w:pPr>
      <w:r w:rsidRPr="00595BB2">
        <w:rPr>
          <w:rFonts w:eastAsia="Arial" w:cs="Arial"/>
          <w:b/>
          <w:color w:val="548DD4" w:themeColor="text2" w:themeTint="99"/>
          <w:sz w:val="24"/>
          <w:lang w:val="it-IT"/>
        </w:rPr>
        <w:t>______________________________________________________________________________</w:t>
      </w:r>
    </w:p>
    <w:p w14:paraId="5BBA05AF" w14:textId="77777777" w:rsidR="001E3EF9" w:rsidRPr="00595BB2" w:rsidRDefault="001E3EF9">
      <w:pPr>
        <w:spacing w:after="40" w:line="240" w:lineRule="auto"/>
        <w:jc w:val="center"/>
        <w:rPr>
          <w:rFonts w:eastAsia="Arial" w:cs="Arial"/>
          <w:b/>
          <w:color w:val="548DD4" w:themeColor="text2" w:themeTint="99"/>
          <w:sz w:val="24"/>
          <w:lang w:val="it-IT"/>
        </w:rPr>
      </w:pPr>
    </w:p>
    <w:p w14:paraId="3052C42A" w14:textId="53862158" w:rsidR="00E965AA" w:rsidRPr="001E3EF9" w:rsidRDefault="00AB2FF6">
      <w:pPr>
        <w:spacing w:after="40" w:line="240" w:lineRule="auto"/>
        <w:jc w:val="center"/>
        <w:rPr>
          <w:lang w:val="it-IT"/>
        </w:rPr>
      </w:pPr>
      <w:r w:rsidRPr="001E3EF9">
        <w:rPr>
          <w:rFonts w:eastAsia="Arial" w:cs="Arial"/>
          <w:b/>
          <w:sz w:val="24"/>
          <w:lang w:val="it-IT"/>
        </w:rPr>
        <w:t>MODULO DI RICHIESTA/AUTORIZZAZIONE</w:t>
      </w:r>
    </w:p>
    <w:p w14:paraId="723C39D9" w14:textId="77777777" w:rsidR="00E965AA" w:rsidRPr="001E3EF9" w:rsidRDefault="00AB2FF6">
      <w:pPr>
        <w:spacing w:after="120" w:line="240" w:lineRule="auto"/>
        <w:jc w:val="center"/>
        <w:rPr>
          <w:lang w:val="it-IT"/>
        </w:rPr>
      </w:pPr>
      <w:r w:rsidRPr="001E3EF9">
        <w:rPr>
          <w:rFonts w:eastAsia="Arial" w:cs="Arial"/>
          <w:b/>
          <w:lang w:val="it-IT"/>
        </w:rPr>
        <w:t xml:space="preserve">Permanenza a scuola tra il termine delle lezioni e l’inizio delle attività dei percorsi a indirizzo musicale – </w:t>
      </w:r>
      <w:proofErr w:type="spellStart"/>
      <w:r w:rsidRPr="001E3EF9">
        <w:rPr>
          <w:rFonts w:eastAsia="Arial" w:cs="Arial"/>
          <w:b/>
          <w:lang w:val="it-IT"/>
        </w:rPr>
        <w:t>a.s.</w:t>
      </w:r>
      <w:proofErr w:type="spellEnd"/>
      <w:r w:rsidRPr="001E3EF9">
        <w:rPr>
          <w:rFonts w:eastAsia="Arial" w:cs="Arial"/>
          <w:b/>
          <w:lang w:val="it-IT"/>
        </w:rPr>
        <w:t xml:space="preserve"> 2026/2027</w:t>
      </w:r>
    </w:p>
    <w:p w14:paraId="0B843BB0" w14:textId="77777777" w:rsidR="00E965AA" w:rsidRPr="001E3EF9" w:rsidRDefault="00AB2FF6">
      <w:pPr>
        <w:spacing w:after="120" w:line="240" w:lineRule="auto"/>
        <w:jc w:val="right"/>
        <w:rPr>
          <w:lang w:val="it-IT"/>
        </w:rPr>
      </w:pPr>
      <w:r w:rsidRPr="001E3EF9">
        <w:rPr>
          <w:rFonts w:eastAsia="Arial" w:cs="Arial"/>
          <w:lang w:val="it-IT"/>
        </w:rPr>
        <w:t>Al Dirigente Scolastico</w:t>
      </w:r>
      <w:r w:rsidRPr="001E3EF9">
        <w:rPr>
          <w:rFonts w:eastAsia="Arial" w:cs="Arial"/>
          <w:lang w:val="it-IT"/>
        </w:rPr>
        <w:br/>
        <w:t>dell’I.C. Polo 1 Nardò</w:t>
      </w:r>
    </w:p>
    <w:p w14:paraId="6AF27A2B" w14:textId="67E27B18" w:rsidR="00E965AA" w:rsidRPr="001E3EF9" w:rsidRDefault="00AB2FF6">
      <w:pPr>
        <w:spacing w:after="40" w:line="240" w:lineRule="auto"/>
        <w:jc w:val="both"/>
        <w:rPr>
          <w:lang w:val="it-IT"/>
        </w:rPr>
      </w:pPr>
      <w:r w:rsidRPr="001E3EF9">
        <w:rPr>
          <w:rFonts w:eastAsia="Arial" w:cs="Arial"/>
          <w:lang w:val="it-IT"/>
        </w:rPr>
        <w:t>I sottoscritti ______________________________________ e ______________________</w:t>
      </w:r>
      <w:r w:rsidR="001E3EF9">
        <w:rPr>
          <w:rFonts w:eastAsia="Arial" w:cs="Arial"/>
          <w:lang w:val="it-IT"/>
        </w:rPr>
        <w:t>____</w:t>
      </w:r>
      <w:r w:rsidRPr="001E3EF9">
        <w:rPr>
          <w:rFonts w:eastAsia="Arial" w:cs="Arial"/>
          <w:lang w:val="it-IT"/>
        </w:rPr>
        <w:t>_________,</w:t>
      </w:r>
    </w:p>
    <w:p w14:paraId="6D602170" w14:textId="21200D93" w:rsidR="00E965AA" w:rsidRPr="001E3EF9" w:rsidRDefault="00AB2FF6" w:rsidP="001E3EF9">
      <w:pPr>
        <w:spacing w:after="40" w:line="240" w:lineRule="auto"/>
        <w:jc w:val="both"/>
        <w:rPr>
          <w:lang w:val="it-IT"/>
        </w:rPr>
      </w:pPr>
      <w:r w:rsidRPr="001E3EF9">
        <w:rPr>
          <w:rFonts w:eastAsia="Arial" w:cs="Arial"/>
          <w:lang w:val="it-IT"/>
        </w:rPr>
        <w:t>genitori/esercenti la responsabilità genitoriale (tutori, soggetti affidatari) del minore</w:t>
      </w:r>
      <w:r w:rsidR="001E3EF9">
        <w:rPr>
          <w:lang w:val="it-IT"/>
        </w:rPr>
        <w:t>__________________________________</w:t>
      </w:r>
      <w:r w:rsidRPr="001E3EF9">
        <w:rPr>
          <w:rFonts w:eastAsia="Arial" w:cs="Arial"/>
          <w:lang w:val="it-IT"/>
        </w:rPr>
        <w:t>,</w:t>
      </w:r>
      <w:r w:rsidR="001E3EF9">
        <w:rPr>
          <w:lang w:val="it-IT"/>
        </w:rPr>
        <w:t xml:space="preserve"> </w:t>
      </w:r>
      <w:r w:rsidRPr="001E3EF9">
        <w:rPr>
          <w:rFonts w:eastAsia="Arial" w:cs="Arial"/>
          <w:lang w:val="it-IT"/>
        </w:rPr>
        <w:t xml:space="preserve">frequentante la classe ______ sez. ______ della Scuola Secondaria di I </w:t>
      </w:r>
      <w:r w:rsidR="001E3EF9">
        <w:rPr>
          <w:rFonts w:eastAsia="Arial" w:cs="Arial"/>
          <w:lang w:val="it-IT"/>
        </w:rPr>
        <w:t>G</w:t>
      </w:r>
      <w:r w:rsidRPr="001E3EF9">
        <w:rPr>
          <w:rFonts w:eastAsia="Arial" w:cs="Arial"/>
          <w:lang w:val="it-IT"/>
        </w:rPr>
        <w:t>rado, plesso _________________</w:t>
      </w:r>
      <w:r w:rsidR="001E3EF9">
        <w:rPr>
          <w:rFonts w:eastAsia="Arial" w:cs="Arial"/>
          <w:lang w:val="it-IT"/>
        </w:rPr>
        <w:t>_______________________________</w:t>
      </w:r>
      <w:r w:rsidRPr="001E3EF9">
        <w:rPr>
          <w:rFonts w:eastAsia="Arial" w:cs="Arial"/>
          <w:lang w:val="it-IT"/>
        </w:rPr>
        <w:t>_____________,</w:t>
      </w:r>
    </w:p>
    <w:p w14:paraId="017B1EC1" w14:textId="77777777" w:rsidR="001E3EF9" w:rsidRDefault="001E3EF9">
      <w:pPr>
        <w:spacing w:after="80" w:line="240" w:lineRule="auto"/>
        <w:jc w:val="center"/>
        <w:rPr>
          <w:rFonts w:eastAsia="Arial" w:cs="Arial"/>
          <w:b/>
          <w:lang w:val="it-IT"/>
        </w:rPr>
      </w:pPr>
    </w:p>
    <w:p w14:paraId="1BEFC285" w14:textId="6B577B8C" w:rsidR="00E965AA" w:rsidRDefault="00AB2FF6">
      <w:pPr>
        <w:spacing w:after="80" w:line="240" w:lineRule="auto"/>
        <w:jc w:val="center"/>
        <w:rPr>
          <w:rFonts w:eastAsia="Arial" w:cs="Arial"/>
          <w:b/>
          <w:lang w:val="it-IT"/>
        </w:rPr>
      </w:pPr>
      <w:r w:rsidRPr="001E3EF9">
        <w:rPr>
          <w:rFonts w:eastAsia="Arial" w:cs="Arial"/>
          <w:b/>
          <w:lang w:val="it-IT"/>
        </w:rPr>
        <w:t>CHIEDONO</w:t>
      </w:r>
    </w:p>
    <w:p w14:paraId="162B94DC" w14:textId="77777777" w:rsidR="001E3EF9" w:rsidRPr="001E3EF9" w:rsidRDefault="001E3EF9">
      <w:pPr>
        <w:spacing w:after="80" w:line="240" w:lineRule="auto"/>
        <w:jc w:val="center"/>
        <w:rPr>
          <w:lang w:val="it-IT"/>
        </w:rPr>
      </w:pPr>
    </w:p>
    <w:p w14:paraId="58063378" w14:textId="467E8076" w:rsidR="00E965AA" w:rsidRPr="001E3EF9" w:rsidRDefault="00AB2FF6">
      <w:pPr>
        <w:spacing w:after="100" w:line="240" w:lineRule="auto"/>
        <w:jc w:val="both"/>
        <w:rPr>
          <w:lang w:val="it-IT"/>
        </w:rPr>
      </w:pPr>
      <w:r w:rsidRPr="001E3EF9">
        <w:rPr>
          <w:rFonts w:eastAsia="Arial" w:cs="Arial"/>
          <w:lang w:val="it-IT"/>
        </w:rPr>
        <w:t xml:space="preserve">che il/la proprio/a figlio/a sia autorizzato/a </w:t>
      </w:r>
      <w:proofErr w:type="spellStart"/>
      <w:r w:rsidRPr="001E3EF9">
        <w:rPr>
          <w:rFonts w:eastAsia="Arial" w:cs="Arial"/>
          <w:lang w:val="it-IT"/>
        </w:rPr>
        <w:t>a</w:t>
      </w:r>
      <w:proofErr w:type="spellEnd"/>
      <w:r w:rsidRPr="001E3EF9">
        <w:rPr>
          <w:rFonts w:eastAsia="Arial" w:cs="Arial"/>
          <w:lang w:val="it-IT"/>
        </w:rPr>
        <w:t xml:space="preserve"> permanere all’interno dei locali scolastici tra il termine delle lezioni curricolari (ore 14:00) e l’inizio dell’attività del percorso a indirizzo musicale prevista per le ore ________ (15:00/16:00), in quanto risulta oggettivamente impossibile effettuare il rientro a casa nell’intervallo di tempo indicato.</w:t>
      </w:r>
    </w:p>
    <w:p w14:paraId="00F1638E" w14:textId="7E1317B0" w:rsidR="00E965AA" w:rsidRDefault="00AB2FF6">
      <w:pPr>
        <w:spacing w:after="80" w:line="240" w:lineRule="auto"/>
        <w:jc w:val="center"/>
        <w:rPr>
          <w:rFonts w:eastAsia="Arial" w:cs="Arial"/>
          <w:b/>
          <w:lang w:val="it-IT"/>
        </w:rPr>
      </w:pPr>
      <w:r w:rsidRPr="001E3EF9">
        <w:rPr>
          <w:rFonts w:eastAsia="Arial" w:cs="Arial"/>
          <w:b/>
          <w:lang w:val="it-IT"/>
        </w:rPr>
        <w:t>DICHIARANO</w:t>
      </w:r>
    </w:p>
    <w:p w14:paraId="3D80BF90" w14:textId="77777777" w:rsidR="001E3EF9" w:rsidRPr="001E3EF9" w:rsidRDefault="001E3EF9">
      <w:pPr>
        <w:spacing w:after="80" w:line="240" w:lineRule="auto"/>
        <w:jc w:val="center"/>
        <w:rPr>
          <w:lang w:val="it-IT"/>
        </w:rPr>
      </w:pPr>
    </w:p>
    <w:p w14:paraId="682D376E" w14:textId="77777777" w:rsidR="001E3EF9" w:rsidRPr="001E3EF9" w:rsidRDefault="00AB2FF6" w:rsidP="001E3EF9">
      <w:pPr>
        <w:pStyle w:val="Paragrafoelenco"/>
        <w:numPr>
          <w:ilvl w:val="0"/>
          <w:numId w:val="11"/>
        </w:numPr>
        <w:spacing w:after="100" w:line="240" w:lineRule="auto"/>
        <w:ind w:left="426" w:hanging="142"/>
        <w:jc w:val="both"/>
        <w:rPr>
          <w:rFonts w:eastAsia="Arial" w:cs="Arial"/>
          <w:lang w:val="it-IT"/>
        </w:rPr>
      </w:pPr>
      <w:r w:rsidRPr="001E3EF9">
        <w:rPr>
          <w:rFonts w:eastAsia="Arial" w:cs="Arial"/>
          <w:lang w:val="it-IT"/>
        </w:rPr>
        <w:t xml:space="preserve">di essere consapevoli che la permanenza nei locali scolastici è subordinata alla valutazione della presente richiesta e all’autorizzazione dell’Istituto; </w:t>
      </w:r>
    </w:p>
    <w:p w14:paraId="05E2D645" w14:textId="77777777" w:rsidR="001E3EF9" w:rsidRPr="001E3EF9" w:rsidRDefault="00AB2FF6" w:rsidP="001E3EF9">
      <w:pPr>
        <w:pStyle w:val="Paragrafoelenco"/>
        <w:numPr>
          <w:ilvl w:val="0"/>
          <w:numId w:val="11"/>
        </w:numPr>
        <w:spacing w:after="100" w:line="240" w:lineRule="auto"/>
        <w:ind w:left="426" w:hanging="142"/>
        <w:jc w:val="both"/>
        <w:rPr>
          <w:rFonts w:eastAsia="Arial" w:cs="Arial"/>
          <w:lang w:val="it-IT"/>
        </w:rPr>
      </w:pPr>
      <w:r w:rsidRPr="001E3EF9">
        <w:rPr>
          <w:rFonts w:eastAsia="Arial" w:cs="Arial"/>
          <w:lang w:val="it-IT"/>
        </w:rPr>
        <w:t xml:space="preserve">di aver preso visione delle disposizioni organizzative e delle regole di comportamento previste dalla circolare e dal Regolamento d’Istituto; </w:t>
      </w:r>
    </w:p>
    <w:p w14:paraId="1DBB5DB1" w14:textId="77777777" w:rsidR="001E3EF9" w:rsidRPr="001E3EF9" w:rsidRDefault="00AB2FF6" w:rsidP="001E3EF9">
      <w:pPr>
        <w:pStyle w:val="Paragrafoelenco"/>
        <w:numPr>
          <w:ilvl w:val="0"/>
          <w:numId w:val="11"/>
        </w:numPr>
        <w:spacing w:after="100" w:line="240" w:lineRule="auto"/>
        <w:ind w:left="426" w:hanging="142"/>
        <w:jc w:val="both"/>
        <w:rPr>
          <w:rFonts w:eastAsia="Arial" w:cs="Arial"/>
          <w:lang w:val="it-IT"/>
        </w:rPr>
      </w:pPr>
      <w:r w:rsidRPr="001E3EF9">
        <w:rPr>
          <w:rFonts w:eastAsia="Arial" w:cs="Arial"/>
          <w:lang w:val="it-IT"/>
        </w:rPr>
        <w:t xml:space="preserve">di impegnarsi affinché il/la proprio/a figlio/a rispetti le indicazioni impartite dal personale scolastico. </w:t>
      </w:r>
    </w:p>
    <w:p w14:paraId="58F325FB" w14:textId="77777777" w:rsidR="001E3EF9" w:rsidRDefault="001E3EF9">
      <w:pPr>
        <w:spacing w:after="100" w:line="240" w:lineRule="auto"/>
        <w:jc w:val="both"/>
        <w:rPr>
          <w:rFonts w:eastAsia="Arial" w:cs="Arial"/>
          <w:lang w:val="it-IT"/>
        </w:rPr>
      </w:pPr>
    </w:p>
    <w:p w14:paraId="4784F3B6" w14:textId="3805FE22" w:rsidR="00E965AA" w:rsidRPr="001E3EF9" w:rsidRDefault="00AB2FF6">
      <w:pPr>
        <w:spacing w:after="100" w:line="240" w:lineRule="auto"/>
        <w:jc w:val="both"/>
        <w:rPr>
          <w:lang w:val="it-IT"/>
        </w:rPr>
      </w:pPr>
      <w:r w:rsidRPr="001E3EF9">
        <w:rPr>
          <w:rFonts w:eastAsia="Arial" w:cs="Arial"/>
          <w:lang w:val="it-IT"/>
        </w:rPr>
        <w:t>Sono altresì consapevoli che l’autorizzazione potrà essere revocata qualora vengano meno le condizioni dichiarate o in caso di mancato rispetto delle disposizioni previste.</w:t>
      </w:r>
    </w:p>
    <w:p w14:paraId="6226A003" w14:textId="77777777" w:rsidR="001E3EF9" w:rsidRDefault="001E3EF9">
      <w:pPr>
        <w:spacing w:after="40" w:line="240" w:lineRule="auto"/>
        <w:jc w:val="both"/>
        <w:rPr>
          <w:rFonts w:eastAsia="Arial" w:cs="Arial"/>
          <w:b/>
          <w:lang w:val="it-IT"/>
        </w:rPr>
      </w:pPr>
    </w:p>
    <w:p w14:paraId="52865EA4" w14:textId="48CC56B1" w:rsidR="00E965AA" w:rsidRPr="001E3EF9" w:rsidRDefault="00AB2FF6">
      <w:pPr>
        <w:spacing w:after="40" w:line="240" w:lineRule="auto"/>
        <w:jc w:val="both"/>
        <w:rPr>
          <w:lang w:val="it-IT"/>
        </w:rPr>
      </w:pPr>
      <w:r w:rsidRPr="001E3EF9">
        <w:rPr>
          <w:rFonts w:eastAsia="Arial" w:cs="Arial"/>
          <w:b/>
          <w:lang w:val="it-IT"/>
        </w:rPr>
        <w:t>Motivo oggettivo dell’impossibilità di rientro a casa (specificare):</w:t>
      </w:r>
    </w:p>
    <w:p w14:paraId="07E99080" w14:textId="6035A3BD" w:rsidR="00E965AA" w:rsidRPr="001E3EF9" w:rsidRDefault="00AB2FF6">
      <w:pPr>
        <w:spacing w:after="100" w:line="240" w:lineRule="auto"/>
        <w:jc w:val="both"/>
        <w:rPr>
          <w:lang w:val="it-IT"/>
        </w:rPr>
      </w:pPr>
      <w:r w:rsidRPr="001E3EF9">
        <w:rPr>
          <w:rFonts w:eastAsia="Arial" w:cs="Arial"/>
          <w:lang w:val="it-IT"/>
        </w:rPr>
        <w:t>______________________________________________________________________________________</w:t>
      </w:r>
      <w:r w:rsidRPr="001E3EF9">
        <w:rPr>
          <w:rFonts w:eastAsia="Arial" w:cs="Arial"/>
          <w:lang w:val="it-IT"/>
        </w:rPr>
        <w:br/>
        <w:t>________________________________________________________________________________________</w:t>
      </w:r>
      <w:r w:rsidR="001E3EF9">
        <w:rPr>
          <w:rFonts w:eastAsia="Arial" w:cs="Arial"/>
          <w:lang w:val="it-IT"/>
        </w:rPr>
        <w:t>____________________________________________________________________________________</w:t>
      </w:r>
    </w:p>
    <w:p w14:paraId="452A2926" w14:textId="4139BB7D" w:rsidR="00E965AA" w:rsidRPr="001E3EF9" w:rsidRDefault="00AB2FF6" w:rsidP="001E3EF9">
      <w:pPr>
        <w:spacing w:after="100" w:line="240" w:lineRule="auto"/>
        <w:rPr>
          <w:lang w:val="it-IT"/>
        </w:rPr>
      </w:pPr>
      <w:r w:rsidRPr="001E3EF9">
        <w:rPr>
          <w:rFonts w:eastAsia="Arial" w:cs="Arial"/>
          <w:lang w:val="it-IT"/>
        </w:rPr>
        <w:t>Nardò, ____/____/________</w:t>
      </w:r>
      <w:r w:rsidR="001E3EF9">
        <w:rPr>
          <w:lang w:val="it-IT"/>
        </w:rPr>
        <w:tab/>
      </w:r>
      <w:r w:rsidR="001E3EF9">
        <w:rPr>
          <w:lang w:val="it-IT"/>
        </w:rPr>
        <w:tab/>
        <w:t xml:space="preserve">                                                  </w:t>
      </w:r>
    </w:p>
    <w:p w14:paraId="7D797CC7" w14:textId="080D9A2F" w:rsidR="00E965AA" w:rsidRPr="001E3EF9" w:rsidRDefault="00AB2FF6">
      <w:pPr>
        <w:spacing w:after="20" w:line="240" w:lineRule="auto"/>
        <w:jc w:val="right"/>
        <w:rPr>
          <w:lang w:val="it-IT"/>
        </w:rPr>
      </w:pPr>
      <w:r w:rsidRPr="001E3EF9">
        <w:rPr>
          <w:rFonts w:eastAsia="Arial" w:cs="Arial"/>
          <w:sz w:val="20"/>
          <w:lang w:val="it-IT"/>
        </w:rPr>
        <w:t>Firma dei genitori/esercenti la responsabilità genitoriale</w:t>
      </w:r>
    </w:p>
    <w:p w14:paraId="38B4E6AA" w14:textId="77777777" w:rsidR="00E965AA" w:rsidRPr="001E3EF9" w:rsidRDefault="00AB2FF6">
      <w:pPr>
        <w:spacing w:after="100" w:line="240" w:lineRule="auto"/>
        <w:jc w:val="right"/>
        <w:rPr>
          <w:lang w:val="it-IT"/>
        </w:rPr>
      </w:pPr>
      <w:r w:rsidRPr="001E3EF9">
        <w:rPr>
          <w:rFonts w:eastAsia="Arial" w:cs="Arial"/>
          <w:lang w:val="it-IT"/>
        </w:rPr>
        <w:t>______________________________        ______________________________</w:t>
      </w:r>
    </w:p>
    <w:p w14:paraId="57DFD95A" w14:textId="77777777" w:rsidR="001E3EF9" w:rsidRDefault="001E3EF9">
      <w:pPr>
        <w:spacing w:after="40" w:line="240" w:lineRule="auto"/>
        <w:jc w:val="both"/>
        <w:rPr>
          <w:rFonts w:eastAsia="Arial" w:cs="Arial"/>
          <w:sz w:val="18"/>
          <w:lang w:val="it-IT"/>
        </w:rPr>
      </w:pPr>
    </w:p>
    <w:p w14:paraId="0F01D1B7" w14:textId="04D76F92" w:rsidR="00E965AA" w:rsidRPr="001E3EF9" w:rsidRDefault="00AB2FF6">
      <w:pPr>
        <w:spacing w:after="40" w:line="240" w:lineRule="auto"/>
        <w:jc w:val="both"/>
        <w:rPr>
          <w:lang w:val="it-IT"/>
        </w:rPr>
      </w:pPr>
      <w:r w:rsidRPr="001E3EF9">
        <w:rPr>
          <w:rFonts w:eastAsia="Arial" w:cs="Arial"/>
          <w:sz w:val="18"/>
          <w:lang w:val="it-IT"/>
        </w:rPr>
        <w:t>La richiesta deve essere sottoscritta da entrambi i genitori/esercenti la responsabilità genitoriale o dal tutore.</w:t>
      </w:r>
    </w:p>
    <w:p w14:paraId="53D717AC" w14:textId="77777777" w:rsidR="00E965AA" w:rsidRPr="001E3EF9" w:rsidRDefault="00AB2FF6">
      <w:pPr>
        <w:spacing w:after="80" w:line="240" w:lineRule="auto"/>
        <w:jc w:val="both"/>
        <w:rPr>
          <w:lang w:val="it-IT"/>
        </w:rPr>
      </w:pPr>
      <w:r w:rsidRPr="001E3EF9">
        <w:rPr>
          <w:rFonts w:eastAsia="Arial" w:cs="Arial"/>
          <w:sz w:val="18"/>
          <w:lang w:val="it-IT"/>
        </w:rPr>
        <w:t>Nel caso di firma di un solo genitore: “Il/La sottoscritto/a, consapevole delle conseguenze amministrative e penali per chi rilascia dichiarazioni non corrispondenti a verità, ai sensi del D.P.R. n. 445/2000, dichiara di aver effettuato la presente richiesta in osservanza delle disposizioni sulla responsabilità genitoriale di cui agli artt. 316, 337-ter e 337-quater del Codice civile, che richiedono il consenso di entrambi i genitori”.</w:t>
      </w:r>
    </w:p>
    <w:p w14:paraId="7DB3F22E" w14:textId="77777777" w:rsidR="00E965AA" w:rsidRDefault="00AB2FF6">
      <w:pPr>
        <w:spacing w:after="40" w:line="240" w:lineRule="auto"/>
        <w:jc w:val="right"/>
      </w:pPr>
      <w:proofErr w:type="spellStart"/>
      <w:r>
        <w:rPr>
          <w:rFonts w:eastAsia="Arial" w:cs="Arial"/>
          <w:sz w:val="20"/>
        </w:rPr>
        <w:t>Firma</w:t>
      </w:r>
      <w:proofErr w:type="spellEnd"/>
      <w:r>
        <w:rPr>
          <w:rFonts w:eastAsia="Arial" w:cs="Arial"/>
          <w:sz w:val="20"/>
        </w:rPr>
        <w:t xml:space="preserve"> ______________________________</w:t>
      </w:r>
    </w:p>
    <w:sectPr w:rsidR="00E965AA" w:rsidSect="00034616">
      <w:pgSz w:w="11905" w:h="16838"/>
      <w:pgMar w:top="547" w:right="691" w:bottom="605" w:left="691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C60674"/>
    <w:multiLevelType w:val="hybridMultilevel"/>
    <w:tmpl w:val="FA86A0FE"/>
    <w:lvl w:ilvl="0" w:tplc="418629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4061E"/>
    <w:multiLevelType w:val="hybridMultilevel"/>
    <w:tmpl w:val="C2C6D12E"/>
    <w:lvl w:ilvl="0" w:tplc="4E7C5B7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3EF9"/>
    <w:rsid w:val="0029639D"/>
    <w:rsid w:val="002E47F2"/>
    <w:rsid w:val="00326F90"/>
    <w:rsid w:val="00595BB2"/>
    <w:rsid w:val="00AA1D8D"/>
    <w:rsid w:val="00AB2FF6"/>
    <w:rsid w:val="00B47730"/>
    <w:rsid w:val="00CB0664"/>
    <w:rsid w:val="00E965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D7419"/>
  <w14:defaultImageDpi w14:val="300"/>
  <w15:docId w15:val="{040F9BFA-32BA-D941-916F-BCCFA6BA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 Office User</cp:lastModifiedBy>
  <cp:revision>4</cp:revision>
  <dcterms:created xsi:type="dcterms:W3CDTF">2013-12-23T23:15:00Z</dcterms:created>
  <dcterms:modified xsi:type="dcterms:W3CDTF">2026-09-29T14:14:00Z</dcterms:modified>
  <cp:category/>
</cp:coreProperties>
</file>