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DAC7BC" w14:textId="77777777" w:rsidR="004D3E7E" w:rsidRDefault="00EC7DDF" w:rsidP="00511CED">
      <w:pPr>
        <w:spacing w:after="40"/>
        <w:ind w:left="-284"/>
        <w:jc w:val="center"/>
      </w:pPr>
      <w:r>
        <w:rPr>
          <w:noProof/>
        </w:rPr>
        <w:drawing>
          <wp:inline distT="0" distB="0" distL="0" distR="0" wp14:anchorId="62DF7496" wp14:editId="31889781">
            <wp:extent cx="6629400" cy="2216905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-000.png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629400" cy="22169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B1AA903" w14:textId="698D1494" w:rsidR="004D3E7E" w:rsidRPr="00511CED" w:rsidRDefault="00EC7DDF">
      <w:pPr>
        <w:spacing w:after="20" w:line="240" w:lineRule="auto"/>
        <w:jc w:val="center"/>
        <w:rPr>
          <w:b/>
          <w:lang w:val="it-IT"/>
        </w:rPr>
      </w:pPr>
      <w:r w:rsidRPr="00511CED">
        <w:rPr>
          <w:b/>
          <w:lang w:val="it-IT"/>
        </w:rPr>
        <w:t>MODULO DI PRESA VISIONE DEL REGOLAMENTO E IMPEGNO AL CORRETTO UTILIZZO</w:t>
      </w:r>
    </w:p>
    <w:p w14:paraId="5374B096" w14:textId="32C7191C" w:rsidR="00511CED" w:rsidRPr="00511CED" w:rsidRDefault="00EC7DDF" w:rsidP="00511CED">
      <w:pPr>
        <w:spacing w:line="240" w:lineRule="auto"/>
        <w:jc w:val="center"/>
        <w:rPr>
          <w:sz w:val="24"/>
          <w:szCs w:val="24"/>
        </w:rPr>
      </w:pPr>
      <w:proofErr w:type="spellStart"/>
      <w:r w:rsidRPr="00511CED">
        <w:rPr>
          <w:b/>
          <w:sz w:val="24"/>
          <w:szCs w:val="24"/>
        </w:rPr>
        <w:t>Utilizzo</w:t>
      </w:r>
      <w:proofErr w:type="spellEnd"/>
      <w:r w:rsidRPr="00511CED">
        <w:rPr>
          <w:b/>
          <w:sz w:val="24"/>
          <w:szCs w:val="24"/>
        </w:rPr>
        <w:t xml:space="preserve"> </w:t>
      </w:r>
      <w:proofErr w:type="spellStart"/>
      <w:r w:rsidRPr="00511CED">
        <w:rPr>
          <w:b/>
          <w:sz w:val="24"/>
          <w:szCs w:val="24"/>
        </w:rPr>
        <w:t>dell’account</w:t>
      </w:r>
      <w:proofErr w:type="spellEnd"/>
      <w:r w:rsidRPr="00511CED">
        <w:rPr>
          <w:b/>
          <w:sz w:val="24"/>
          <w:szCs w:val="24"/>
        </w:rPr>
        <w:t xml:space="preserve"> </w:t>
      </w:r>
      <w:proofErr w:type="spellStart"/>
      <w:r w:rsidRPr="00511CED">
        <w:rPr>
          <w:b/>
          <w:sz w:val="24"/>
          <w:szCs w:val="24"/>
        </w:rPr>
        <w:t>istituzionale</w:t>
      </w:r>
      <w:proofErr w:type="spellEnd"/>
      <w:r w:rsidRPr="00511CED">
        <w:rPr>
          <w:b/>
          <w:sz w:val="24"/>
          <w:szCs w:val="24"/>
        </w:rPr>
        <w:t xml:space="preserve"> Google Workspace for Education – a.s. 2026/2027</w:t>
      </w:r>
    </w:p>
    <w:p w14:paraId="20F46D0F" w14:textId="3EA749CD" w:rsidR="00511CED" w:rsidRPr="00511CED" w:rsidRDefault="00EC7DDF" w:rsidP="00511CED">
      <w:pPr>
        <w:spacing w:after="160" w:line="240" w:lineRule="auto"/>
        <w:jc w:val="right"/>
        <w:rPr>
          <w:sz w:val="24"/>
          <w:szCs w:val="24"/>
          <w:lang w:val="it-IT"/>
        </w:rPr>
      </w:pPr>
      <w:r w:rsidRPr="00511CED">
        <w:rPr>
          <w:sz w:val="24"/>
          <w:szCs w:val="24"/>
          <w:lang w:val="it-IT"/>
        </w:rPr>
        <w:t>Al Dirigente Scolastico</w:t>
      </w:r>
      <w:r w:rsidRPr="00511CED">
        <w:rPr>
          <w:sz w:val="24"/>
          <w:szCs w:val="24"/>
          <w:lang w:val="it-IT"/>
        </w:rPr>
        <w:br/>
        <w:t>dell’I.C. Polo 1 Nardò</w:t>
      </w:r>
    </w:p>
    <w:p w14:paraId="704D59B6" w14:textId="18DE3DC5" w:rsidR="004D3E7E" w:rsidRPr="00511CED" w:rsidRDefault="00EC7DDF" w:rsidP="00511CED">
      <w:pPr>
        <w:spacing w:after="120" w:line="360" w:lineRule="auto"/>
        <w:rPr>
          <w:lang w:val="it-IT"/>
        </w:rPr>
      </w:pPr>
      <w:r w:rsidRPr="00511CED">
        <w:rPr>
          <w:lang w:val="it-IT"/>
        </w:rPr>
        <w:t xml:space="preserve">I sottoscritti </w:t>
      </w:r>
      <w:r w:rsidRPr="00511CED">
        <w:rPr>
          <w:lang w:val="it-IT"/>
        </w:rPr>
        <w:t>__________________________</w:t>
      </w:r>
      <w:r w:rsidR="00511CED">
        <w:rPr>
          <w:lang w:val="it-IT"/>
        </w:rPr>
        <w:t>_____________________________________________</w:t>
      </w:r>
    </w:p>
    <w:p w14:paraId="62779F84" w14:textId="6351CAFA" w:rsidR="004D3E7E" w:rsidRPr="00511CED" w:rsidRDefault="00EC7DDF" w:rsidP="00511CED">
      <w:pPr>
        <w:spacing w:after="120" w:line="360" w:lineRule="auto"/>
        <w:rPr>
          <w:lang w:val="it-IT"/>
        </w:rPr>
      </w:pPr>
      <w:r w:rsidRPr="00511CED">
        <w:rPr>
          <w:lang w:val="it-IT"/>
        </w:rPr>
        <w:t>genitori/esercenti la responsabilità genitoriale dell’alunno/</w:t>
      </w:r>
      <w:r w:rsidR="00511CED">
        <w:rPr>
          <w:lang w:val="it-IT"/>
        </w:rPr>
        <w:t xml:space="preserve"> </w:t>
      </w:r>
      <w:r w:rsidRPr="00511CED">
        <w:rPr>
          <w:lang w:val="it-IT"/>
        </w:rPr>
        <w:t>___________________________</w:t>
      </w:r>
      <w:r w:rsidR="00511CED">
        <w:rPr>
          <w:lang w:val="it-IT"/>
        </w:rPr>
        <w:t>_______</w:t>
      </w:r>
    </w:p>
    <w:p w14:paraId="222F634C" w14:textId="389EFDD1" w:rsidR="004D3E7E" w:rsidRPr="00511CED" w:rsidRDefault="00511CED" w:rsidP="00511CED">
      <w:pPr>
        <w:spacing w:after="120" w:line="360" w:lineRule="auto"/>
        <w:rPr>
          <w:lang w:val="it-IT"/>
        </w:rPr>
      </w:pPr>
      <w:r>
        <w:rPr>
          <w:lang w:val="it-IT"/>
        </w:rPr>
        <w:t xml:space="preserve">frequentante la </w:t>
      </w:r>
      <w:r w:rsidR="00EC7DDF" w:rsidRPr="00511CED">
        <w:rPr>
          <w:lang w:val="it-IT"/>
        </w:rPr>
        <w:t>classe ___</w:t>
      </w:r>
      <w:r w:rsidR="00EC7DDF" w:rsidRPr="00511CED">
        <w:rPr>
          <w:lang w:val="it-IT"/>
        </w:rPr>
        <w:t xml:space="preserve"> sez. ___</w:t>
      </w:r>
      <w:proofErr w:type="gramStart"/>
      <w:r w:rsidR="00EC7DDF" w:rsidRPr="00511CED">
        <w:rPr>
          <w:lang w:val="it-IT"/>
        </w:rPr>
        <w:t>_</w:t>
      </w:r>
      <w:r>
        <w:rPr>
          <w:lang w:val="it-IT"/>
        </w:rPr>
        <w:t xml:space="preserve">  </w:t>
      </w:r>
      <w:r w:rsidR="00EC7DDF" w:rsidRPr="00511CED">
        <w:rPr>
          <w:lang w:val="it-IT"/>
        </w:rPr>
        <w:t>□</w:t>
      </w:r>
      <w:proofErr w:type="gramEnd"/>
      <w:r w:rsidR="00EC7DDF" w:rsidRPr="00511CED">
        <w:rPr>
          <w:lang w:val="it-IT"/>
        </w:rPr>
        <w:t xml:space="preserve"> Scuola Primaria   □ Scuola Secondaria di I </w:t>
      </w:r>
      <w:r w:rsidR="00EC7DDF" w:rsidRPr="00511CED">
        <w:rPr>
          <w:lang w:val="it-IT"/>
        </w:rPr>
        <w:t>Grado</w:t>
      </w:r>
      <w:r>
        <w:rPr>
          <w:lang w:val="it-IT"/>
        </w:rPr>
        <w:t xml:space="preserve">, del </w:t>
      </w:r>
      <w:r w:rsidR="00EC7DDF" w:rsidRPr="00511CED">
        <w:rPr>
          <w:lang w:val="it-IT"/>
        </w:rPr>
        <w:t xml:space="preserve">Plesso </w:t>
      </w:r>
      <w:r>
        <w:rPr>
          <w:lang w:val="it-IT"/>
        </w:rPr>
        <w:t>___________________________________________________________</w:t>
      </w:r>
      <w:r w:rsidR="00EC7DDF" w:rsidRPr="00511CED">
        <w:rPr>
          <w:lang w:val="it-IT"/>
        </w:rPr>
        <w:t>_____________________</w:t>
      </w:r>
    </w:p>
    <w:p w14:paraId="22046B91" w14:textId="648FA45E" w:rsidR="00511CED" w:rsidRPr="00511CED" w:rsidRDefault="00EC7DDF">
      <w:pPr>
        <w:spacing w:before="80" w:after="100" w:line="240" w:lineRule="auto"/>
        <w:jc w:val="center"/>
        <w:rPr>
          <w:b/>
          <w:lang w:val="it-IT"/>
        </w:rPr>
      </w:pPr>
      <w:r w:rsidRPr="00511CED">
        <w:rPr>
          <w:b/>
          <w:lang w:val="it-IT"/>
        </w:rPr>
        <w:t>DICHIARANO</w:t>
      </w:r>
    </w:p>
    <w:p w14:paraId="37694973" w14:textId="77777777" w:rsidR="004D3E7E" w:rsidRPr="00511CED" w:rsidRDefault="00EC7DDF" w:rsidP="00511CED">
      <w:pPr>
        <w:spacing w:after="60" w:line="240" w:lineRule="auto"/>
        <w:jc w:val="both"/>
        <w:rPr>
          <w:lang w:val="it-IT"/>
        </w:rPr>
      </w:pPr>
      <w:r w:rsidRPr="00511CED">
        <w:rPr>
          <w:lang w:val="it-IT"/>
        </w:rPr>
        <w:t xml:space="preserve">1. di aver preso visione del Regolamento di utilizzo di Google </w:t>
      </w:r>
      <w:proofErr w:type="spellStart"/>
      <w:r w:rsidRPr="00511CED">
        <w:rPr>
          <w:lang w:val="it-IT"/>
        </w:rPr>
        <w:t>Workspace</w:t>
      </w:r>
      <w:proofErr w:type="spellEnd"/>
      <w:r w:rsidRPr="00511CED">
        <w:rPr>
          <w:lang w:val="it-IT"/>
        </w:rPr>
        <w:t xml:space="preserve"> for </w:t>
      </w:r>
      <w:proofErr w:type="spellStart"/>
      <w:r w:rsidRPr="00511CED">
        <w:rPr>
          <w:lang w:val="it-IT"/>
        </w:rPr>
        <w:t>Education</w:t>
      </w:r>
      <w:proofErr w:type="spellEnd"/>
      <w:r w:rsidRPr="00511CED">
        <w:rPr>
          <w:lang w:val="it-IT"/>
        </w:rPr>
        <w:t xml:space="preserve"> adottato dall’Istituto e di impegnarsi a favorirne il rispetto da parte del/della proprio/a figlio/a;</w:t>
      </w:r>
    </w:p>
    <w:p w14:paraId="5D338782" w14:textId="1E9F56E5" w:rsidR="004D3E7E" w:rsidRPr="00511CED" w:rsidRDefault="00EC7DDF" w:rsidP="00511CED">
      <w:pPr>
        <w:spacing w:after="60" w:line="240" w:lineRule="auto"/>
        <w:jc w:val="both"/>
        <w:rPr>
          <w:lang w:val="it-IT"/>
        </w:rPr>
      </w:pPr>
      <w:r w:rsidRPr="00511CED">
        <w:rPr>
          <w:lang w:val="it-IT"/>
        </w:rPr>
        <w:t xml:space="preserve">2. di essere stati </w:t>
      </w:r>
      <w:r w:rsidRPr="00511CED">
        <w:rPr>
          <w:lang w:val="it-IT"/>
        </w:rPr>
        <w:t xml:space="preserve">informati che il trattamento dei dati personali connesso ai servizi digitali istituzionali avviene nel rispetto della normativa vigente e delle informative rese disponibili dall’Istituto; </w:t>
      </w:r>
    </w:p>
    <w:p w14:paraId="1CE2720D" w14:textId="77777777" w:rsidR="004D3E7E" w:rsidRPr="00511CED" w:rsidRDefault="00EC7DDF" w:rsidP="00511CED">
      <w:pPr>
        <w:spacing w:after="60" w:line="240" w:lineRule="auto"/>
        <w:jc w:val="both"/>
        <w:rPr>
          <w:lang w:val="it-IT"/>
        </w:rPr>
      </w:pPr>
      <w:r w:rsidRPr="00511CED">
        <w:rPr>
          <w:lang w:val="it-IT"/>
        </w:rPr>
        <w:t>3. di essere a conoscenza che l’account istituzionale è destinato esclusivamente a finalità didattiche e scolastiche e non deve essere utilizzato per attività personali estranee alle attività scolastiche;</w:t>
      </w:r>
    </w:p>
    <w:p w14:paraId="363E1ECF" w14:textId="77777777" w:rsidR="004D3E7E" w:rsidRPr="00511CED" w:rsidRDefault="00EC7DDF" w:rsidP="00511CED">
      <w:pPr>
        <w:spacing w:after="60" w:line="240" w:lineRule="auto"/>
        <w:jc w:val="both"/>
        <w:rPr>
          <w:lang w:val="it-IT"/>
        </w:rPr>
      </w:pPr>
      <w:r w:rsidRPr="00511CED">
        <w:rPr>
          <w:lang w:val="it-IT"/>
        </w:rPr>
        <w:t>4. di ess</w:t>
      </w:r>
      <w:r w:rsidRPr="00511CED">
        <w:rPr>
          <w:lang w:val="it-IT"/>
        </w:rPr>
        <w:t>ere a conoscenza che le credenziali sono personali e non cedibili, che la password provvisoria deve essere modificata al primo accesso e che la nuova password deve essere custodita con cura e non comunicata a terzi;</w:t>
      </w:r>
    </w:p>
    <w:p w14:paraId="0830CCFC" w14:textId="77777777" w:rsidR="004D3E7E" w:rsidRPr="00511CED" w:rsidRDefault="00EC7DDF" w:rsidP="00511CED">
      <w:pPr>
        <w:spacing w:after="60" w:line="240" w:lineRule="auto"/>
        <w:jc w:val="both"/>
        <w:rPr>
          <w:lang w:val="it-IT"/>
        </w:rPr>
      </w:pPr>
      <w:r w:rsidRPr="00511CED">
        <w:rPr>
          <w:lang w:val="it-IT"/>
        </w:rPr>
        <w:t>5. di impegnarsi a collaborare con la sc</w:t>
      </w:r>
      <w:r w:rsidRPr="00511CED">
        <w:rPr>
          <w:lang w:val="it-IT"/>
        </w:rPr>
        <w:t>uola affinché eventuali accessi anomali, smarrimenti delle credenziali o sospetti di compromissione dell’account siano segnalati tempestivamente alla Segreteria dell’Istituto;</w:t>
      </w:r>
    </w:p>
    <w:p w14:paraId="53349498" w14:textId="77777777" w:rsidR="004D3E7E" w:rsidRPr="00511CED" w:rsidRDefault="00EC7DDF" w:rsidP="00511CED">
      <w:pPr>
        <w:spacing w:after="60" w:line="240" w:lineRule="auto"/>
        <w:jc w:val="both"/>
        <w:rPr>
          <w:lang w:val="it-IT"/>
        </w:rPr>
      </w:pPr>
      <w:r w:rsidRPr="00511CED">
        <w:rPr>
          <w:lang w:val="it-IT"/>
        </w:rPr>
        <w:t xml:space="preserve">6. di essere a conoscenza che l’Istituto può sospendere o revocare l’account in </w:t>
      </w:r>
      <w:r w:rsidRPr="00511CED">
        <w:rPr>
          <w:lang w:val="it-IT"/>
        </w:rPr>
        <w:t>caso di cessazione del rapporto con la scuola, uso improprio, violazione del Regolamento o esigenze di sicurezza.</w:t>
      </w:r>
    </w:p>
    <w:p w14:paraId="23357C23" w14:textId="61D55207" w:rsidR="004D3E7E" w:rsidRPr="00511CED" w:rsidRDefault="00EC7DDF" w:rsidP="00511CED">
      <w:pPr>
        <w:spacing w:after="0" w:line="240" w:lineRule="auto"/>
        <w:jc w:val="both"/>
        <w:rPr>
          <w:lang w:val="it-IT"/>
        </w:rPr>
      </w:pPr>
      <w:r w:rsidRPr="00511CED">
        <w:rPr>
          <w:i/>
          <w:lang w:val="it-IT"/>
        </w:rPr>
        <w:t>Il presente modulo attesta la presa visione del Regolamento e l’impegno a collaborare</w:t>
      </w:r>
      <w:r w:rsidR="00511CED">
        <w:rPr>
          <w:i/>
          <w:lang w:val="it-IT"/>
        </w:rPr>
        <w:t>,</w:t>
      </w:r>
      <w:r w:rsidRPr="00511CED">
        <w:rPr>
          <w:i/>
          <w:lang w:val="it-IT"/>
        </w:rPr>
        <w:t xml:space="preserve"> affinché l’account istituzionale sia utilizzato corretta</w:t>
      </w:r>
      <w:r w:rsidRPr="00511CED">
        <w:rPr>
          <w:i/>
          <w:lang w:val="it-IT"/>
        </w:rPr>
        <w:t xml:space="preserve">mente. Non costituisce richiesta di consenso al trattamento dei dati personali connesso ai servizi strettamente necessari alle attività didattiche e istituzionali. Per eventuali servizi aggiuntivi saranno adottati, ove richiesti, gli specifici adempimenti </w:t>
      </w:r>
      <w:r w:rsidRPr="00511CED">
        <w:rPr>
          <w:i/>
          <w:lang w:val="it-IT"/>
        </w:rPr>
        <w:t>informativi e le modalità di acquisizione del consenso previste dalla normativa applicabile e dalle condizioni del servizio.</w:t>
      </w:r>
    </w:p>
    <w:p w14:paraId="55E81A4A" w14:textId="77777777" w:rsidR="004D3E7E" w:rsidRPr="00EC7DDF" w:rsidRDefault="00EC7DDF" w:rsidP="00EC7DDF">
      <w:pPr>
        <w:jc w:val="both"/>
        <w:rPr>
          <w:lang w:val="it-IT"/>
        </w:rPr>
      </w:pPr>
      <w:r w:rsidRPr="00EC7DDF">
        <w:rPr>
          <w:b/>
          <w:lang w:val="it-IT"/>
        </w:rPr>
        <w:t>Nota: non è richiesta una nuova copia del documento di identità qualora lo stesso risulti già agli atti dell’Istituto.</w:t>
      </w:r>
    </w:p>
    <w:p w14:paraId="44455EFA" w14:textId="77777777" w:rsidR="004D3E7E" w:rsidRPr="00511CED" w:rsidRDefault="00EC7DDF">
      <w:pPr>
        <w:spacing w:after="120" w:line="240" w:lineRule="auto"/>
        <w:rPr>
          <w:lang w:val="it-IT"/>
        </w:rPr>
      </w:pPr>
      <w:r w:rsidRPr="00511CED">
        <w:rPr>
          <w:lang w:val="it-IT"/>
        </w:rPr>
        <w:t>Nardò, ____/</w:t>
      </w:r>
      <w:r w:rsidRPr="00511CED">
        <w:rPr>
          <w:lang w:val="it-IT"/>
        </w:rPr>
        <w:t>____/2026</w:t>
      </w:r>
    </w:p>
    <w:p w14:paraId="34596B59" w14:textId="77777777" w:rsidR="004D3E7E" w:rsidRPr="00511CED" w:rsidRDefault="00EC7DDF">
      <w:pPr>
        <w:spacing w:after="40" w:line="240" w:lineRule="auto"/>
        <w:jc w:val="both"/>
        <w:rPr>
          <w:lang w:val="it-IT"/>
        </w:rPr>
      </w:pPr>
      <w:r w:rsidRPr="00511CED">
        <w:rPr>
          <w:b/>
          <w:lang w:val="it-IT"/>
        </w:rPr>
        <w:t>Firma dei genitori/esercenti la responsabilità genitoriale</w:t>
      </w:r>
    </w:p>
    <w:p w14:paraId="6577F698" w14:textId="4FB8B148" w:rsidR="004D3E7E" w:rsidRPr="00511CED" w:rsidRDefault="00EC7DDF">
      <w:pPr>
        <w:spacing w:after="160" w:line="240" w:lineRule="auto"/>
        <w:jc w:val="both"/>
        <w:rPr>
          <w:lang w:val="it-IT"/>
        </w:rPr>
      </w:pPr>
      <w:r w:rsidRPr="00511CED">
        <w:rPr>
          <w:lang w:val="it-IT"/>
        </w:rPr>
        <w:t>1. ____________________________________     2. _________________</w:t>
      </w:r>
      <w:r w:rsidR="00511CED">
        <w:rPr>
          <w:lang w:val="it-IT"/>
        </w:rPr>
        <w:t>_</w:t>
      </w:r>
      <w:r w:rsidRPr="00511CED">
        <w:rPr>
          <w:lang w:val="it-IT"/>
        </w:rPr>
        <w:t>___________________</w:t>
      </w:r>
    </w:p>
    <w:p w14:paraId="41E0B514" w14:textId="655B465B" w:rsidR="00511CED" w:rsidRPr="00511CED" w:rsidRDefault="00EC7DDF" w:rsidP="00511CED">
      <w:pPr>
        <w:spacing w:before="40" w:after="0" w:line="240" w:lineRule="auto"/>
        <w:jc w:val="both"/>
        <w:rPr>
          <w:lang w:val="it-IT"/>
        </w:rPr>
      </w:pPr>
      <w:r w:rsidRPr="00511CED">
        <w:rPr>
          <w:b/>
          <w:i/>
          <w:lang w:val="it-IT"/>
        </w:rPr>
        <w:t>In caso di firma di un solo genitore/esercente la responsabilità genitoriale</w:t>
      </w:r>
    </w:p>
    <w:p w14:paraId="07E84649" w14:textId="4EEF0006" w:rsidR="004D3E7E" w:rsidRPr="00511CED" w:rsidRDefault="00EC7DDF">
      <w:pPr>
        <w:spacing w:after="0" w:line="240" w:lineRule="auto"/>
        <w:jc w:val="both"/>
        <w:rPr>
          <w:lang w:val="it-IT"/>
        </w:rPr>
      </w:pPr>
      <w:r w:rsidRPr="00511CED">
        <w:rPr>
          <w:sz w:val="19"/>
          <w:lang w:val="it-IT"/>
        </w:rPr>
        <w:t xml:space="preserve">Il/La </w:t>
      </w:r>
      <w:r w:rsidRPr="00511CED">
        <w:rPr>
          <w:sz w:val="19"/>
          <w:lang w:val="it-IT"/>
        </w:rPr>
        <w:t xml:space="preserve">sottoscritto/a, consapevole delle responsabilità previste in caso di dichiarazioni non veritiere ai sensi del D.P.R. 445/2000, dichiara di aver effettuato la sottoscrizione nel rispetto delle disposizioni sulla responsabilità genitoriale di cui agli artt. </w:t>
      </w:r>
      <w:r w:rsidRPr="00511CED">
        <w:rPr>
          <w:sz w:val="19"/>
          <w:lang w:val="it-IT"/>
        </w:rPr>
        <w:t>316, 337-ter e 337-quater del codice civile e, ove dovuto, di aver informato l’altro genitore/esercente la responsabilità genitoriale.</w:t>
      </w:r>
    </w:p>
    <w:p w14:paraId="74DD24F3" w14:textId="7B75EFB8" w:rsidR="004D3E7E" w:rsidRDefault="00EC7DDF">
      <w:pPr>
        <w:spacing w:before="40" w:after="0" w:line="240" w:lineRule="auto"/>
        <w:jc w:val="both"/>
      </w:pPr>
      <w:proofErr w:type="spellStart"/>
      <w:r>
        <w:t>Firma</w:t>
      </w:r>
      <w:proofErr w:type="spellEnd"/>
      <w:r>
        <w:t xml:space="preserve"> ____________________________________</w:t>
      </w:r>
    </w:p>
    <w:sectPr w:rsidR="004D3E7E" w:rsidSect="00EC7DDF">
      <w:pgSz w:w="11905" w:h="16838"/>
      <w:pgMar w:top="50" w:right="1020" w:bottom="737" w:left="1020" w:header="288" w:footer="28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3" w:usb1="0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1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E00002FF" w:usb1="6AC7FDFB" w:usb2="08000012" w:usb3="00000000" w:csb0="0002009F" w:csb1="00000000"/>
  </w:font>
  <w:font w:name="Courier">
    <w:panose1 w:val="00000000000000000000"/>
    <w:charset w:val="00"/>
    <w:family w:val="auto"/>
    <w:pitch w:val="variable"/>
    <w:sig w:usb0="00000003" w:usb1="00000000" w:usb2="00000000" w:usb3="00000000" w:csb0="00000003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Numeroelenco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Numeroelenco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Puntoelenco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Puntoelenco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Numeroelenco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Puntoelenco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3"/>
  <w:proofState w:spelling="clean" w:grammar="clean"/>
  <w:defaultTabStop w:val="720"/>
  <w:hyphenationZone w:val="283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4D3E7E"/>
    <w:rsid w:val="00511CED"/>
    <w:rsid w:val="00AA1D8D"/>
    <w:rsid w:val="00B47730"/>
    <w:rsid w:val="00CB0664"/>
    <w:rsid w:val="00EC7DDF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DA8DB21"/>
  <w14:defaultImageDpi w14:val="300"/>
  <w15:docId w15:val="{285448C9-8002-A746-B124-1527D39AF0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5" w:semiHidden="1" w:unhideWhenUsed="1"/>
    <w:lsdException w:name="Grid Table Light" w:semiHidden="1" w:unhideWhenUsed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FC693F"/>
    <w:rPr>
      <w:rFonts w:ascii="Arial" w:eastAsia="Arial" w:hAnsi="Arial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618BF"/>
  </w:style>
  <w:style w:type="paragraph" w:styleId="Pidipagina">
    <w:name w:val="footer"/>
    <w:basedOn w:val="Normale"/>
    <w:link w:val="Pidipagina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618BF"/>
  </w:style>
  <w:style w:type="paragraph" w:styleId="Nessunaspaziatura">
    <w:name w:val="No Spacing"/>
    <w:uiPriority w:val="1"/>
    <w:qFormat/>
    <w:rsid w:val="00FC693F"/>
    <w:pPr>
      <w:spacing w:after="0" w:line="240" w:lineRule="auto"/>
    </w:pPr>
  </w:style>
  <w:style w:type="character" w:customStyle="1" w:styleId="Titolo1Carattere">
    <w:name w:val="Titolo 1 Carattere"/>
    <w:basedOn w:val="Carpredefinitoparagrafo"/>
    <w:link w:val="Tito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olo2Carattere">
    <w:name w:val="Titolo 2 Carattere"/>
    <w:basedOn w:val="Carpredefinitoparagrafo"/>
    <w:link w:val="Tito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olo3Carattere">
    <w:name w:val="Titolo 3 Carattere"/>
    <w:basedOn w:val="Carpredefinitoparagrafo"/>
    <w:link w:val="Tito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">
    <w:name w:val="Title"/>
    <w:basedOn w:val="Normale"/>
    <w:next w:val="Normale"/>
    <w:link w:val="TitoloCarattere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oloCarattere">
    <w:name w:val="Titolo Carattere"/>
    <w:basedOn w:val="Carpredefinitoparagrafo"/>
    <w:link w:val="Tito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FC693F"/>
    <w:pPr>
      <w:ind w:left="720"/>
      <w:contextualSpacing/>
    </w:pPr>
  </w:style>
  <w:style w:type="paragraph" w:styleId="Corpotesto">
    <w:name w:val="Body Text"/>
    <w:basedOn w:val="Normale"/>
    <w:link w:val="CorpotestoCarattere"/>
    <w:uiPriority w:val="99"/>
    <w:unhideWhenUsed/>
    <w:rsid w:val="00AA1D8D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rsid w:val="00AA1D8D"/>
  </w:style>
  <w:style w:type="paragraph" w:styleId="Corpodeltesto2">
    <w:name w:val="Body Text 2"/>
    <w:basedOn w:val="Normale"/>
    <w:link w:val="Corpodeltesto2Carattere"/>
    <w:uiPriority w:val="99"/>
    <w:unhideWhenUsed/>
    <w:rsid w:val="00AA1D8D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rsid w:val="00AA1D8D"/>
  </w:style>
  <w:style w:type="paragraph" w:styleId="Corpodeltesto3">
    <w:name w:val="Body Text 3"/>
    <w:basedOn w:val="Normale"/>
    <w:link w:val="Corpodeltesto3Carattere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rsid w:val="00AA1D8D"/>
    <w:rPr>
      <w:sz w:val="16"/>
      <w:szCs w:val="16"/>
    </w:rPr>
  </w:style>
  <w:style w:type="paragraph" w:styleId="Elenco">
    <w:name w:val="List"/>
    <w:basedOn w:val="Normale"/>
    <w:uiPriority w:val="99"/>
    <w:unhideWhenUsed/>
    <w:rsid w:val="00AA1D8D"/>
    <w:pPr>
      <w:ind w:left="360" w:hanging="360"/>
      <w:contextualSpacing/>
    </w:pPr>
  </w:style>
  <w:style w:type="paragraph" w:styleId="Elenco2">
    <w:name w:val="List 2"/>
    <w:basedOn w:val="Normale"/>
    <w:uiPriority w:val="99"/>
    <w:unhideWhenUsed/>
    <w:rsid w:val="00326F90"/>
    <w:pPr>
      <w:ind w:left="720" w:hanging="360"/>
      <w:contextualSpacing/>
    </w:pPr>
  </w:style>
  <w:style w:type="paragraph" w:styleId="Elenco3">
    <w:name w:val="List 3"/>
    <w:basedOn w:val="Normale"/>
    <w:uiPriority w:val="99"/>
    <w:unhideWhenUsed/>
    <w:rsid w:val="00326F90"/>
    <w:pPr>
      <w:ind w:left="1080" w:hanging="360"/>
      <w:contextualSpacing/>
    </w:pPr>
  </w:style>
  <w:style w:type="paragraph" w:styleId="Puntoelenco">
    <w:name w:val="List Bullet"/>
    <w:basedOn w:val="Normale"/>
    <w:uiPriority w:val="99"/>
    <w:unhideWhenUsed/>
    <w:rsid w:val="00326F90"/>
    <w:pPr>
      <w:numPr>
        <w:numId w:val="1"/>
      </w:numPr>
      <w:contextualSpacing/>
    </w:pPr>
  </w:style>
  <w:style w:type="paragraph" w:styleId="Puntoelenco2">
    <w:name w:val="List Bullet 2"/>
    <w:basedOn w:val="Normale"/>
    <w:uiPriority w:val="99"/>
    <w:unhideWhenUsed/>
    <w:rsid w:val="00326F90"/>
    <w:pPr>
      <w:numPr>
        <w:numId w:val="2"/>
      </w:numPr>
      <w:contextualSpacing/>
    </w:pPr>
  </w:style>
  <w:style w:type="paragraph" w:styleId="Puntoelenco3">
    <w:name w:val="List Bullet 3"/>
    <w:basedOn w:val="Normale"/>
    <w:uiPriority w:val="99"/>
    <w:unhideWhenUsed/>
    <w:rsid w:val="00326F90"/>
    <w:pPr>
      <w:numPr>
        <w:numId w:val="3"/>
      </w:numPr>
      <w:contextualSpacing/>
    </w:pPr>
  </w:style>
  <w:style w:type="paragraph" w:styleId="Numeroelenco">
    <w:name w:val="List Number"/>
    <w:basedOn w:val="Normale"/>
    <w:uiPriority w:val="99"/>
    <w:unhideWhenUsed/>
    <w:rsid w:val="00326F90"/>
    <w:pPr>
      <w:numPr>
        <w:numId w:val="5"/>
      </w:numPr>
      <w:contextualSpacing/>
    </w:pPr>
  </w:style>
  <w:style w:type="paragraph" w:styleId="Numeroelenco2">
    <w:name w:val="List Number 2"/>
    <w:basedOn w:val="Normale"/>
    <w:uiPriority w:val="99"/>
    <w:unhideWhenUsed/>
    <w:rsid w:val="0029639D"/>
    <w:pPr>
      <w:numPr>
        <w:numId w:val="6"/>
      </w:numPr>
      <w:contextualSpacing/>
    </w:pPr>
  </w:style>
  <w:style w:type="paragraph" w:styleId="Numeroelenco3">
    <w:name w:val="List Number 3"/>
    <w:basedOn w:val="Normale"/>
    <w:uiPriority w:val="99"/>
    <w:unhideWhenUsed/>
    <w:rsid w:val="0029639D"/>
    <w:pPr>
      <w:numPr>
        <w:numId w:val="7"/>
      </w:numPr>
      <w:contextualSpacing/>
    </w:pPr>
  </w:style>
  <w:style w:type="paragraph" w:styleId="Elencocontinua">
    <w:name w:val="List Continue"/>
    <w:basedOn w:val="Normale"/>
    <w:uiPriority w:val="99"/>
    <w:unhideWhenUsed/>
    <w:rsid w:val="0029639D"/>
    <w:pPr>
      <w:spacing w:after="120"/>
      <w:ind w:left="360"/>
      <w:contextualSpacing/>
    </w:pPr>
  </w:style>
  <w:style w:type="paragraph" w:styleId="Elencocontinua2">
    <w:name w:val="List Continue 2"/>
    <w:basedOn w:val="Normale"/>
    <w:uiPriority w:val="99"/>
    <w:unhideWhenUsed/>
    <w:rsid w:val="0029639D"/>
    <w:pPr>
      <w:spacing w:after="120"/>
      <w:ind w:left="720"/>
      <w:contextualSpacing/>
    </w:pPr>
  </w:style>
  <w:style w:type="paragraph" w:styleId="Elencocontinua3">
    <w:name w:val="List Continue 3"/>
    <w:basedOn w:val="Normale"/>
    <w:uiPriority w:val="99"/>
    <w:unhideWhenUsed/>
    <w:rsid w:val="0029639D"/>
    <w:pPr>
      <w:spacing w:after="120"/>
      <w:ind w:left="1080"/>
      <w:contextualSpacing/>
    </w:pPr>
  </w:style>
  <w:style w:type="paragraph" w:styleId="Testomacro">
    <w:name w:val="macro"/>
    <w:link w:val="TestomacroCarattere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stomacroCarattere">
    <w:name w:val="Testo macro Carattere"/>
    <w:basedOn w:val="Carpredefinitoparagrafo"/>
    <w:link w:val="Testomacro"/>
    <w:uiPriority w:val="99"/>
    <w:rsid w:val="0029639D"/>
    <w:rPr>
      <w:rFonts w:ascii="Courier" w:hAnsi="Courier"/>
      <w:sz w:val="20"/>
      <w:szCs w:val="20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FC693F"/>
    <w:rPr>
      <w:i/>
      <w:iCs/>
      <w:color w:val="000000" w:themeColor="text1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FC693F"/>
    <w:rPr>
      <w:i/>
      <w:iCs/>
      <w:color w:val="000000" w:themeColor="text1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idascalia">
    <w:name w:val="caption"/>
    <w:basedOn w:val="Normale"/>
    <w:next w:val="Normale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Enfasigrassetto">
    <w:name w:val="Strong"/>
    <w:basedOn w:val="Carpredefinitoparagrafo"/>
    <w:uiPriority w:val="22"/>
    <w:qFormat/>
    <w:rsid w:val="00FC693F"/>
    <w:rPr>
      <w:b/>
      <w:bCs/>
    </w:rPr>
  </w:style>
  <w:style w:type="character" w:styleId="Enfasicorsivo">
    <w:name w:val="Emphasis"/>
    <w:basedOn w:val="Carpredefinitoparagrafo"/>
    <w:uiPriority w:val="20"/>
    <w:qFormat/>
    <w:rsid w:val="00FC693F"/>
    <w:rPr>
      <w:i/>
      <w:iCs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FC693F"/>
    <w:rPr>
      <w:b/>
      <w:bCs/>
      <w:i/>
      <w:iCs/>
      <w:color w:val="4F81BD" w:themeColor="accent1"/>
    </w:rPr>
  </w:style>
  <w:style w:type="character" w:styleId="Enfasidelicata">
    <w:name w:val="Subtle Emphasis"/>
    <w:basedOn w:val="Carpredefinitoparagrafo"/>
    <w:uiPriority w:val="19"/>
    <w:qFormat/>
    <w:rsid w:val="00FC693F"/>
    <w:rPr>
      <w:i/>
      <w:iCs/>
      <w:color w:val="808080" w:themeColor="text1" w:themeTint="7F"/>
    </w:rPr>
  </w:style>
  <w:style w:type="character" w:styleId="Enfasiintensa">
    <w:name w:val="Intense Emphasis"/>
    <w:basedOn w:val="Carpredefinitoparagrafo"/>
    <w:uiPriority w:val="21"/>
    <w:qFormat/>
    <w:rsid w:val="00FC693F"/>
    <w:rPr>
      <w:b/>
      <w:bCs/>
      <w:i/>
      <w:iCs/>
      <w:color w:val="4F81BD" w:themeColor="accent1"/>
    </w:rPr>
  </w:style>
  <w:style w:type="character" w:styleId="Riferimentodelicato">
    <w:name w:val="Subtle Reference"/>
    <w:basedOn w:val="Carpredefinitoparagrafo"/>
    <w:uiPriority w:val="31"/>
    <w:qFormat/>
    <w:rsid w:val="00FC693F"/>
    <w:rPr>
      <w:smallCaps/>
      <w:color w:val="C0504D" w:themeColor="accent2"/>
      <w:u w:val="single"/>
    </w:rPr>
  </w:style>
  <w:style w:type="character" w:styleId="Riferimentointenso">
    <w:name w:val="Intense Reference"/>
    <w:basedOn w:val="Carpredefinitoparagraf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olodellibro">
    <w:name w:val="Book Title"/>
    <w:basedOn w:val="Carpredefinitoparagrafo"/>
    <w:uiPriority w:val="33"/>
    <w:qFormat/>
    <w:rsid w:val="00FC693F"/>
    <w:rPr>
      <w:b/>
      <w:bCs/>
      <w:smallCaps/>
      <w:spacing w:val="5"/>
    </w:rPr>
  </w:style>
  <w:style w:type="paragraph" w:styleId="Titolosommario">
    <w:name w:val="TOC Heading"/>
    <w:basedOn w:val="Titolo1"/>
    <w:next w:val="Normale"/>
    <w:uiPriority w:val="39"/>
    <w:semiHidden/>
    <w:unhideWhenUsed/>
    <w:qFormat/>
    <w:rsid w:val="00FC693F"/>
    <w:pPr>
      <w:outlineLvl w:val="9"/>
    </w:pPr>
  </w:style>
  <w:style w:type="table" w:styleId="Grigliatabella">
    <w:name w:val="Table Grid"/>
    <w:basedOn w:val="Tabellanormale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fondochiaro">
    <w:name w:val="Light Shading"/>
    <w:basedOn w:val="Tabellanormale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fondochiaro-Colore1">
    <w:name w:val="Light Shading Accent 1"/>
    <w:basedOn w:val="Tabellanormale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fondochiaro-Colore2">
    <w:name w:val="Light Shading Accent 2"/>
    <w:basedOn w:val="Tabellanormale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fondochiaro-Colore3">
    <w:name w:val="Light Shading Accent 3"/>
    <w:basedOn w:val="Tabellanormale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fondochiaro-Colore4">
    <w:name w:val="Light Shading Accent 4"/>
    <w:basedOn w:val="Tabellanormale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fondochiaro-Colore5">
    <w:name w:val="Light Shading Accent 5"/>
    <w:basedOn w:val="Tabellanormale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fondochiaro-Colore6">
    <w:name w:val="Light Shading Accent 6"/>
    <w:basedOn w:val="Tabellanormale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Elencochiaro">
    <w:name w:val="Light List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Elencochiaro-Colore1">
    <w:name w:val="Light List Accent 1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Elencochiaro-Colore2">
    <w:name w:val="Light List Accent 2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Elencochiaro-Colore3">
    <w:name w:val="Light List Accent 3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Elencochiaro-Colore4">
    <w:name w:val="Light List Accent 4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Elencochiaro-Colore5">
    <w:name w:val="Light List Accent 5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Elencochiaro-Colore6">
    <w:name w:val="Light List Accent 6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gliachiara">
    <w:name w:val="Light Grid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gliachiara-Colore1">
    <w:name w:val="Light Grid Accent 1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gliachiara-Colore2">
    <w:name w:val="Light Grid Accent 2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gliachiara-Colore3">
    <w:name w:val="Light Grid Accent 3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gliachiara-Colore4">
    <w:name w:val="Light Grid Accent 4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gliachiara-Colore5">
    <w:name w:val="Light Grid Accent 5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gliachiara-Colore6">
    <w:name w:val="Light Grid Accent 6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fondomedio1">
    <w:name w:val="Medium Shading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1">
    <w:name w:val="Medium Shading 1 Accent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2">
    <w:name w:val="Medium Shading 1 Accent 2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3">
    <w:name w:val="Medium Shading 1 Accent 3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4">
    <w:name w:val="Medium Shading 1 Accent 4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5">
    <w:name w:val="Medium Shading 1 Accent 5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6">
    <w:name w:val="Medium Shading 1 Accent 6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2">
    <w:name w:val="Medium Shading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1">
    <w:name w:val="Medium Shading 2 Accent 1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2">
    <w:name w:val="Medium Shading 2 Accent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3">
    <w:name w:val="Medium Shading 2 Accent 3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4">
    <w:name w:val="Medium Shading 2 Accent 4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5">
    <w:name w:val="Medium Shading 2 Accent 5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6">
    <w:name w:val="Medium Shading 2 Accent 6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Elencomedio1">
    <w:name w:val="Medium Lis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Elencomedio1-Colore1">
    <w:name w:val="Medium List 1 Accen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Elencomedio1-Colore2">
    <w:name w:val="Medium List 1 Accent 2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Elencomedio1-Colore3">
    <w:name w:val="Medium List 1 Accent 3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Elencomedio1-Colore4">
    <w:name w:val="Medium List 1 Accent 4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Elencomedio1-Colore5">
    <w:name w:val="Medium List 1 Accent 5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Elencomedio1-Colore6">
    <w:name w:val="Medium List 1 Accent 6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Elencomedio2">
    <w:name w:val="Medium Lis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1">
    <w:name w:val="Medium List 2 Accent 1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2">
    <w:name w:val="Medium List 2 Accen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3">
    <w:name w:val="Medium List 2 Accent 3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4">
    <w:name w:val="Medium List 2 Accent 4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5">
    <w:name w:val="Medium List 2 Accent 5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6">
    <w:name w:val="Medium List 2 Accent 6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gliamedia1">
    <w:name w:val="Medium Grid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media1-Colore1">
    <w:name w:val="Medium Grid 1 Accent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media1-Colore2">
    <w:name w:val="Medium Grid 1 Accent 2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media1-Colore3">
    <w:name w:val="Medium Grid 1 Accent 3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media1-Colore4">
    <w:name w:val="Medium Grid 1 Accent 4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media1-Colore5">
    <w:name w:val="Medium Grid 1 Accent 5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media1-Colore6">
    <w:name w:val="Medium Grid 1 Accent 6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gliamedia2">
    <w:name w:val="Medium Grid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1">
    <w:name w:val="Medium Grid 2 Accent 1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2">
    <w:name w:val="Medium Grid 2 Accent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3">
    <w:name w:val="Medium Grid 2 Accent 3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4">
    <w:name w:val="Medium Grid 2 Accent 4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5">
    <w:name w:val="Medium Grid 2 Accent 5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6">
    <w:name w:val="Medium Grid 2 Accent 6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3">
    <w:name w:val="Medium Grid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gliamedia3-Colore1">
    <w:name w:val="Medium Grid 3 Accent 1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gliamedia3-Colore2">
    <w:name w:val="Medium Grid 3 Accent 2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gliamedia3-Colore3">
    <w:name w:val="Medium Grid 3 Accent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gliamedia3-Colore4">
    <w:name w:val="Medium Grid 3 Accent 4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gliamedia3-Colore5">
    <w:name w:val="Medium Grid 3 Accent 5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gliamedia3-Colore6">
    <w:name w:val="Medium Grid 3 Accent 6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Elencoscuro">
    <w:name w:val="Dark List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Elencoscuro-Colore1">
    <w:name w:val="Dark List Accent 1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Elencoscuro-Colore2">
    <w:name w:val="Dark List Accent 2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Elencoscuro-Colore3">
    <w:name w:val="Dark List Accent 3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Elencoscuro-Colore4">
    <w:name w:val="Dark List Accent 4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Elencoscuro-Colore5">
    <w:name w:val="Dark List Accent 5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Elencoscuro-Colore6">
    <w:name w:val="Dark List Accent 6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fondoacolori">
    <w:name w:val="Colorful Shading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1">
    <w:name w:val="Colorful Shading Accent 1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2">
    <w:name w:val="Colorful Shading Accent 2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3">
    <w:name w:val="Colorful Shading Accent 3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fondoacolori-Colore4">
    <w:name w:val="Colorful Shading Accent 4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5">
    <w:name w:val="Colorful Shading Accent 5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6">
    <w:name w:val="Colorful Shading Accent 6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Elencoacolori">
    <w:name w:val="Colorful List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Elencoacolori-Colore1">
    <w:name w:val="Colorful List Accent 1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Elencoacolori-Colore2">
    <w:name w:val="Colorful List Accent 2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Elencoacolori-Colore3">
    <w:name w:val="Colorful List Accent 3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Elencoacolori-Colore4">
    <w:name w:val="Colorful List Accent 4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Elencoacolori-Colore5">
    <w:name w:val="Colorful List Accent 5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Elencoacolori-Colore6">
    <w:name w:val="Colorful List Accent 6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gliaacolori">
    <w:name w:val="Colorful Grid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acolori-Colore1">
    <w:name w:val="Colorful Grid Accent 1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acolori-Colore2">
    <w:name w:val="Colorful Grid Accent 2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acolori-Colore3">
    <w:name w:val="Colorful Grid Accent 3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acolori-Colore4">
    <w:name w:val="Colorful Grid Accent 4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acolori-Colore5">
    <w:name w:val="Colorful Grid Accent 5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acolori-Colore6">
    <w:name w:val="Colorful Grid Accent 6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469</Words>
  <Characters>2675</Characters>
  <Application>Microsoft Office Word</Application>
  <DocSecurity>0</DocSecurity>
  <Lines>22</Lines>
  <Paragraphs>6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Disponibilità ad effettuare ore eccedenti per sostituzione docenti assenti - a.s. 2026/2027</vt:lpstr>
      <vt:lpstr/>
    </vt:vector>
  </TitlesOfParts>
  <Manager/>
  <Company/>
  <LinksUpToDate>false</LinksUpToDate>
  <CharactersWithSpaces>3138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Disponibilità ad effettuare ore eccedenti per sostituzione docenti assenti - a.s. 2026/2027</dc:title>
  <dc:subject>Circolare interna</dc:subject>
  <dc:creator/>
  <cp:keywords/>
  <dc:description/>
  <cp:lastModifiedBy>Microsoft Office User</cp:lastModifiedBy>
  <cp:revision>2</cp:revision>
  <dcterms:created xsi:type="dcterms:W3CDTF">2013-12-23T23:15:00Z</dcterms:created>
  <dcterms:modified xsi:type="dcterms:W3CDTF">2026-09-22T15:48:00Z</dcterms:modified>
  <cp:category/>
</cp:coreProperties>
</file>