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06ED8" w14:textId="77777777" w:rsidR="00A31500" w:rsidRPr="00B06CCF" w:rsidRDefault="00B06CCF">
      <w:pPr>
        <w:spacing w:after="0" w:line="250" w:lineRule="exact"/>
        <w:jc w:val="center"/>
        <w:rPr>
          <w:lang w:val="it-IT"/>
        </w:rPr>
      </w:pPr>
      <w:r w:rsidRPr="00B06CCF">
        <w:rPr>
          <w:rFonts w:eastAsia="Arial" w:cs="Arial"/>
          <w:b/>
          <w:spacing w:val="31"/>
          <w:lang w:val="it-IT"/>
        </w:rPr>
        <w:t>Ministero dell’Istruzione e del Merito</w:t>
      </w:r>
    </w:p>
    <w:p w14:paraId="42A8FE0E" w14:textId="77777777" w:rsidR="00A31500" w:rsidRPr="00B06CCF" w:rsidRDefault="00B06CCF">
      <w:pPr>
        <w:spacing w:after="0" w:line="232" w:lineRule="exact"/>
        <w:jc w:val="center"/>
        <w:rPr>
          <w:lang w:val="it-IT"/>
        </w:rPr>
      </w:pPr>
      <w:r w:rsidRPr="00B06CCF">
        <w:rPr>
          <w:rFonts w:eastAsia="Arial" w:cs="Arial"/>
          <w:spacing w:val="22"/>
          <w:sz w:val="21"/>
          <w:lang w:val="it-IT"/>
        </w:rPr>
        <w:t>Istituto Comprensivo POLO 1 NARDÒ</w:t>
      </w:r>
    </w:p>
    <w:p w14:paraId="682731A8" w14:textId="77777777" w:rsidR="00A31500" w:rsidRPr="00B06CCF" w:rsidRDefault="00B06CCF">
      <w:pPr>
        <w:spacing w:after="0" w:line="232" w:lineRule="exact"/>
        <w:jc w:val="center"/>
        <w:rPr>
          <w:lang w:val="it-IT"/>
        </w:rPr>
      </w:pPr>
      <w:r w:rsidRPr="00B06CCF">
        <w:rPr>
          <w:rFonts w:eastAsia="Arial" w:cs="Arial"/>
          <w:spacing w:val="15"/>
          <w:sz w:val="20"/>
          <w:lang w:val="it-IT"/>
        </w:rPr>
        <w:t>Viale della Costituzione, 18 - 73048 NARDÒ</w:t>
      </w:r>
    </w:p>
    <w:p w14:paraId="42A8F151" w14:textId="77777777" w:rsidR="00A31500" w:rsidRPr="00B06CCF" w:rsidRDefault="00B06CCF">
      <w:pPr>
        <w:spacing w:after="0" w:line="200" w:lineRule="exact"/>
        <w:jc w:val="center"/>
        <w:rPr>
          <w:lang w:val="it-IT"/>
        </w:rPr>
      </w:pPr>
      <w:r w:rsidRPr="00B06CCF">
        <w:rPr>
          <w:rFonts w:eastAsia="Arial" w:cs="Arial"/>
          <w:sz w:val="16"/>
          <w:lang w:val="it-IT"/>
        </w:rPr>
        <w:t xml:space="preserve">Tel. 0833/871017 Mail: </w:t>
      </w:r>
      <w:r w:rsidRPr="00B06CCF">
        <w:rPr>
          <w:rFonts w:eastAsia="Arial" w:cs="Arial"/>
          <w:color w:val="0000C8"/>
          <w:sz w:val="16"/>
          <w:u w:val="single"/>
          <w:lang w:val="it-IT"/>
        </w:rPr>
        <w:t>LEIC896001@istruzione.it</w:t>
      </w:r>
      <w:r w:rsidRPr="00B06CCF">
        <w:rPr>
          <w:rFonts w:eastAsia="Arial" w:cs="Arial"/>
          <w:sz w:val="16"/>
          <w:lang w:val="it-IT"/>
        </w:rPr>
        <w:t xml:space="preserve"> - PEC: </w:t>
      </w:r>
      <w:r w:rsidRPr="00B06CCF">
        <w:rPr>
          <w:rFonts w:eastAsia="Arial" w:cs="Arial"/>
          <w:color w:val="0000C8"/>
          <w:sz w:val="16"/>
          <w:u w:val="single"/>
          <w:lang w:val="it-IT"/>
        </w:rPr>
        <w:t>LEIC896001@pec.istruzione.it</w:t>
      </w:r>
    </w:p>
    <w:p w14:paraId="663E90DB" w14:textId="77777777" w:rsidR="00A31500" w:rsidRPr="00B06CCF" w:rsidRDefault="00B06CCF">
      <w:pPr>
        <w:spacing w:after="0" w:line="200" w:lineRule="exact"/>
        <w:jc w:val="center"/>
        <w:rPr>
          <w:lang w:val="it-IT"/>
        </w:rPr>
      </w:pPr>
      <w:r w:rsidRPr="00B06CCF">
        <w:rPr>
          <w:rFonts w:eastAsia="Arial" w:cs="Arial"/>
          <w:sz w:val="16"/>
          <w:lang w:val="it-IT"/>
        </w:rPr>
        <w:t>Codice Fiscale: 91025790758 - C.M.: LEIC896001</w:t>
      </w:r>
    </w:p>
    <w:p w14:paraId="094818FF" w14:textId="77777777" w:rsidR="00A31500" w:rsidRPr="00B06CCF" w:rsidRDefault="00B06CCF">
      <w:pPr>
        <w:spacing w:after="20" w:line="200" w:lineRule="exact"/>
        <w:jc w:val="center"/>
        <w:rPr>
          <w:lang w:val="it-IT"/>
        </w:rPr>
      </w:pPr>
      <w:r w:rsidRPr="00B06CCF">
        <w:rPr>
          <w:rFonts w:eastAsia="Arial" w:cs="Arial"/>
          <w:color w:val="0000C8"/>
          <w:sz w:val="16"/>
          <w:u w:val="single"/>
          <w:lang w:val="it-IT"/>
        </w:rPr>
        <w:t>https://www.comprensivonardo1.it/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476"/>
        <w:gridCol w:w="1944"/>
        <w:gridCol w:w="1958"/>
        <w:gridCol w:w="1440"/>
        <w:gridCol w:w="1152"/>
      </w:tblGrid>
      <w:tr w:rsidR="00A31500" w14:paraId="30E8679A" w14:textId="77777777">
        <w:trPr>
          <w:jc w:val="center"/>
        </w:trPr>
        <w:tc>
          <w:tcPr>
            <w:tcW w:w="15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B6A5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CB8E978" wp14:editId="4CE17E7A">
                  <wp:extent cx="877824" cy="41659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4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A0C5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1BDFF04" wp14:editId="70ECF71F">
                  <wp:extent cx="1463040" cy="409651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40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94AF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DD142B8" wp14:editId="6FF97152">
                  <wp:extent cx="1143000" cy="41958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19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E5CD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F7D46E2" wp14:editId="14151BC1">
                  <wp:extent cx="1188720" cy="4477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B659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8D671D1" wp14:editId="25D902F8">
                  <wp:extent cx="822960" cy="59664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596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65C1B" w14:textId="77777777" w:rsidR="00A31500" w:rsidRDefault="00B06CC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53A5BC" wp14:editId="5109D545">
                  <wp:extent cx="658368" cy="51524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51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B5915" w14:textId="77777777" w:rsidR="00A31500" w:rsidRDefault="00A31500">
      <w:pPr>
        <w:pBdr>
          <w:bottom w:val="single" w:sz="12" w:space="1" w:color="4F81BD"/>
        </w:pBdr>
        <w:spacing w:after="0" w:line="20" w:lineRule="exact"/>
      </w:pPr>
    </w:p>
    <w:p w14:paraId="1FF5682D" w14:textId="77777777" w:rsidR="00A31500" w:rsidRPr="00B06CCF" w:rsidRDefault="00B06CCF">
      <w:pPr>
        <w:spacing w:after="40" w:line="240" w:lineRule="auto"/>
        <w:jc w:val="center"/>
        <w:rPr>
          <w:lang w:val="it-IT"/>
        </w:rPr>
      </w:pPr>
      <w:r w:rsidRPr="00B06CCF">
        <w:rPr>
          <w:rFonts w:eastAsia="Arial"/>
          <w:b/>
          <w:sz w:val="24"/>
          <w:lang w:val="it-IT"/>
        </w:rPr>
        <w:t>MODULO DI DOMANDA</w:t>
      </w:r>
    </w:p>
    <w:p w14:paraId="24AA4F41" w14:textId="504DF9DA" w:rsidR="00A31500" w:rsidRPr="00B06CCF" w:rsidRDefault="00B06CCF">
      <w:pPr>
        <w:spacing w:line="240" w:lineRule="auto"/>
        <w:jc w:val="center"/>
        <w:rPr>
          <w:lang w:val="it-IT"/>
        </w:rPr>
      </w:pPr>
      <w:r w:rsidRPr="00B06CCF">
        <w:rPr>
          <w:rFonts w:eastAsia="Arial"/>
          <w:b/>
          <w:lang w:val="it-IT"/>
        </w:rPr>
        <w:t xml:space="preserve">Iscrizione al Percorso a indirizzo musicale </w:t>
      </w:r>
      <w:r w:rsidR="005B20B0">
        <w:rPr>
          <w:rFonts w:eastAsia="Arial"/>
          <w:b/>
          <w:lang w:val="it-IT"/>
        </w:rPr>
        <w:t>–</w:t>
      </w:r>
      <w:r w:rsidRPr="00B06CCF">
        <w:rPr>
          <w:rFonts w:eastAsia="Arial"/>
          <w:b/>
          <w:lang w:val="it-IT"/>
        </w:rPr>
        <w:t xml:space="preserve"> Flauto</w:t>
      </w:r>
      <w:r w:rsidR="005B20B0">
        <w:rPr>
          <w:rFonts w:eastAsia="Arial"/>
          <w:b/>
          <w:lang w:val="it-IT"/>
        </w:rPr>
        <w:t xml:space="preserve"> traverso</w:t>
      </w:r>
    </w:p>
    <w:p w14:paraId="34AF4057" w14:textId="77777777" w:rsidR="00A31500" w:rsidRPr="00B06CCF" w:rsidRDefault="00B06CCF">
      <w:pPr>
        <w:spacing w:after="180" w:line="240" w:lineRule="auto"/>
        <w:jc w:val="right"/>
        <w:rPr>
          <w:lang w:val="it-IT"/>
        </w:rPr>
      </w:pPr>
      <w:r w:rsidRPr="00B06CCF">
        <w:rPr>
          <w:rFonts w:eastAsia="Arial"/>
          <w:lang w:val="it-IT"/>
        </w:rPr>
        <w:t>Al Dirigente Scolastico</w:t>
      </w:r>
      <w:r w:rsidRPr="00B06CCF">
        <w:rPr>
          <w:rFonts w:eastAsia="Arial"/>
          <w:lang w:val="it-IT"/>
        </w:rPr>
        <w:br/>
        <w:t>dell'I.C. Polo 1 Nardò</w:t>
      </w:r>
    </w:p>
    <w:p w14:paraId="42440746" w14:textId="6A025295" w:rsidR="00A31500" w:rsidRPr="00B06CCF" w:rsidRDefault="00B06CCF">
      <w:pPr>
        <w:spacing w:after="120" w:line="240" w:lineRule="auto"/>
        <w:rPr>
          <w:lang w:val="it-IT"/>
        </w:rPr>
      </w:pPr>
      <w:r w:rsidRPr="00B06CCF">
        <w:rPr>
          <w:rFonts w:eastAsia="Arial"/>
          <w:lang w:val="it-IT"/>
        </w:rPr>
        <w:t>Il/La sottoscritto/a ________________________________________________</w:t>
      </w:r>
      <w:r>
        <w:rPr>
          <w:rFonts w:eastAsia="Arial"/>
          <w:lang w:val="it-IT"/>
        </w:rPr>
        <w:t>______</w:t>
      </w:r>
      <w:r w:rsidRPr="00B06CCF">
        <w:rPr>
          <w:rFonts w:eastAsia="Arial"/>
          <w:lang w:val="it-IT"/>
        </w:rPr>
        <w:t>________________</w:t>
      </w:r>
      <w:r w:rsidRPr="00B06CCF">
        <w:rPr>
          <w:rFonts w:eastAsia="Arial"/>
          <w:lang w:val="it-IT"/>
        </w:rPr>
        <w:br/>
        <w:t xml:space="preserve">nato/a </w:t>
      </w:r>
      <w:proofErr w:type="spellStart"/>
      <w:r w:rsidRPr="00B06CCF">
        <w:rPr>
          <w:rFonts w:eastAsia="Arial"/>
          <w:lang w:val="it-IT"/>
        </w:rPr>
        <w:t>a</w:t>
      </w:r>
      <w:proofErr w:type="spellEnd"/>
      <w:r w:rsidRPr="00B06CCF">
        <w:rPr>
          <w:rFonts w:eastAsia="Arial"/>
          <w:lang w:val="it-IT"/>
        </w:rPr>
        <w:t xml:space="preserve"> ________________________________________</w:t>
      </w:r>
      <w:r>
        <w:rPr>
          <w:rFonts w:eastAsia="Arial"/>
          <w:lang w:val="it-IT"/>
        </w:rPr>
        <w:t>______</w:t>
      </w:r>
      <w:r w:rsidRPr="00B06CCF">
        <w:rPr>
          <w:rFonts w:eastAsia="Arial"/>
          <w:lang w:val="it-IT"/>
        </w:rPr>
        <w:t>___________ il ____ / ____ / ________</w:t>
      </w:r>
    </w:p>
    <w:p w14:paraId="46D7CEB6" w14:textId="6863DB31" w:rsidR="00A31500" w:rsidRPr="00B06CCF" w:rsidRDefault="00B06CCF">
      <w:pPr>
        <w:spacing w:after="120" w:line="240" w:lineRule="auto"/>
        <w:rPr>
          <w:lang w:val="it-IT"/>
        </w:rPr>
      </w:pPr>
      <w:r w:rsidRPr="00B06CCF">
        <w:rPr>
          <w:rFonts w:eastAsia="Arial"/>
          <w:lang w:val="it-IT"/>
        </w:rPr>
        <w:t>residente a ____________________________________________ in via/piazza __________________</w:t>
      </w:r>
      <w:r>
        <w:rPr>
          <w:rFonts w:eastAsia="Arial"/>
          <w:lang w:val="it-IT"/>
        </w:rPr>
        <w:t>__</w:t>
      </w:r>
      <w:r w:rsidRPr="00B06CCF">
        <w:rPr>
          <w:rFonts w:eastAsia="Arial"/>
          <w:lang w:val="it-IT"/>
        </w:rPr>
        <w:br/>
        <w:t>telefono _________________________</w:t>
      </w:r>
      <w:proofErr w:type="gramStart"/>
      <w:r w:rsidRPr="00B06CCF">
        <w:rPr>
          <w:rFonts w:eastAsia="Arial"/>
          <w:lang w:val="it-IT"/>
        </w:rPr>
        <w:t>_  e-mail</w:t>
      </w:r>
      <w:proofErr w:type="gramEnd"/>
      <w:r w:rsidRPr="00B06CCF">
        <w:rPr>
          <w:rFonts w:eastAsia="Arial"/>
          <w:lang w:val="it-IT"/>
        </w:rPr>
        <w:t xml:space="preserve"> _____________________________________________</w:t>
      </w:r>
    </w:p>
    <w:p w14:paraId="6022047E" w14:textId="77777777" w:rsidR="00A31500" w:rsidRPr="00B06CCF" w:rsidRDefault="00B06CCF">
      <w:pPr>
        <w:spacing w:after="120" w:line="240" w:lineRule="auto"/>
        <w:rPr>
          <w:lang w:val="it-IT"/>
        </w:rPr>
      </w:pPr>
      <w:r w:rsidRPr="00B06CCF">
        <w:rPr>
          <w:rFonts w:eastAsia="Arial"/>
          <w:lang w:val="it-IT"/>
        </w:rPr>
        <w:t xml:space="preserve">in qualità </w:t>
      </w:r>
      <w:proofErr w:type="gramStart"/>
      <w:r w:rsidRPr="00B06CCF">
        <w:rPr>
          <w:rFonts w:eastAsia="Arial"/>
          <w:lang w:val="it-IT"/>
        </w:rPr>
        <w:t>di:  □</w:t>
      </w:r>
      <w:proofErr w:type="gramEnd"/>
      <w:r w:rsidRPr="00B06CCF">
        <w:rPr>
          <w:rFonts w:eastAsia="Arial"/>
          <w:lang w:val="it-IT"/>
        </w:rPr>
        <w:t xml:space="preserve"> padre    □ madre    □ tutore/esercente la responsabilità genitoriale</w:t>
      </w:r>
    </w:p>
    <w:p w14:paraId="14133097" w14:textId="31BCE91C" w:rsidR="00A31500" w:rsidRPr="00B06CCF" w:rsidRDefault="00B06CCF">
      <w:pPr>
        <w:spacing w:after="120" w:line="240" w:lineRule="auto"/>
        <w:rPr>
          <w:lang w:val="it-IT"/>
        </w:rPr>
      </w:pPr>
      <w:r w:rsidRPr="00B06CCF">
        <w:rPr>
          <w:rFonts w:eastAsia="Arial"/>
          <w:lang w:val="it-IT"/>
        </w:rPr>
        <w:t>dell'alunno/a __________________________________________________________________________</w:t>
      </w:r>
      <w:r w:rsidRPr="00B06CCF">
        <w:rPr>
          <w:rFonts w:eastAsia="Arial"/>
          <w:lang w:val="it-IT"/>
        </w:rPr>
        <w:br/>
        <w:t xml:space="preserve">nato/a </w:t>
      </w:r>
      <w:proofErr w:type="spellStart"/>
      <w:r w:rsidRPr="00B06CCF">
        <w:rPr>
          <w:rFonts w:eastAsia="Arial"/>
          <w:lang w:val="it-IT"/>
        </w:rPr>
        <w:t>a</w:t>
      </w:r>
      <w:proofErr w:type="spellEnd"/>
      <w:r w:rsidRPr="00B06CCF">
        <w:rPr>
          <w:rFonts w:eastAsia="Arial"/>
          <w:lang w:val="it-IT"/>
        </w:rPr>
        <w:t xml:space="preserve"> ________________________________________</w:t>
      </w:r>
      <w:r>
        <w:rPr>
          <w:rFonts w:eastAsia="Arial"/>
          <w:lang w:val="it-IT"/>
        </w:rPr>
        <w:t>___________</w:t>
      </w:r>
      <w:r w:rsidRPr="00B06CCF">
        <w:rPr>
          <w:rFonts w:eastAsia="Arial"/>
          <w:lang w:val="it-IT"/>
        </w:rPr>
        <w:t>______ il ____ / ____ / ________</w:t>
      </w:r>
    </w:p>
    <w:p w14:paraId="3F3BCA07" w14:textId="77777777" w:rsidR="00A31500" w:rsidRPr="00B06CCF" w:rsidRDefault="00B06CCF">
      <w:pPr>
        <w:spacing w:after="140" w:line="240" w:lineRule="auto"/>
        <w:rPr>
          <w:lang w:val="it-IT"/>
        </w:rPr>
      </w:pPr>
      <w:r w:rsidRPr="00B06CCF">
        <w:rPr>
          <w:rFonts w:eastAsia="Arial"/>
          <w:lang w:val="it-IT"/>
        </w:rPr>
        <w:t xml:space="preserve">frequentante, </w:t>
      </w:r>
      <w:proofErr w:type="spellStart"/>
      <w:r w:rsidRPr="00B06CCF">
        <w:rPr>
          <w:rFonts w:eastAsia="Arial"/>
          <w:lang w:val="it-IT"/>
        </w:rPr>
        <w:t>nell'a.s.</w:t>
      </w:r>
      <w:proofErr w:type="spellEnd"/>
      <w:r w:rsidRPr="00B06CCF">
        <w:rPr>
          <w:rFonts w:eastAsia="Arial"/>
          <w:lang w:val="it-IT"/>
        </w:rPr>
        <w:t xml:space="preserve"> 2026/2027, la classe ______ sez. ______ della Scuola Secondaria di I grado dell'I.C. Polo 1 Nardò,</w:t>
      </w:r>
    </w:p>
    <w:p w14:paraId="73C238B8" w14:textId="37479570" w:rsidR="00A31500" w:rsidRDefault="00B06CCF">
      <w:pPr>
        <w:spacing w:after="100" w:line="240" w:lineRule="auto"/>
        <w:jc w:val="center"/>
        <w:rPr>
          <w:rFonts w:eastAsia="Arial"/>
          <w:b/>
          <w:lang w:val="it-IT"/>
        </w:rPr>
      </w:pPr>
      <w:r w:rsidRPr="00B06CCF">
        <w:rPr>
          <w:rFonts w:eastAsia="Arial"/>
          <w:b/>
          <w:lang w:val="it-IT"/>
        </w:rPr>
        <w:t>CHIEDE</w:t>
      </w:r>
    </w:p>
    <w:p w14:paraId="503CC15A" w14:textId="77777777" w:rsidR="00B06CCF" w:rsidRPr="00B06CCF" w:rsidRDefault="00B06CCF">
      <w:pPr>
        <w:spacing w:after="100" w:line="240" w:lineRule="auto"/>
        <w:jc w:val="center"/>
        <w:rPr>
          <w:lang w:val="it-IT"/>
        </w:rPr>
      </w:pPr>
    </w:p>
    <w:p w14:paraId="7D06E44D" w14:textId="7A96E4FE" w:rsidR="00A31500" w:rsidRPr="00B06CCF" w:rsidRDefault="00B06CCF" w:rsidP="00B06CCF">
      <w:pPr>
        <w:spacing w:after="140" w:line="240" w:lineRule="auto"/>
        <w:jc w:val="both"/>
        <w:rPr>
          <w:lang w:val="it-IT"/>
        </w:rPr>
      </w:pPr>
      <w:r w:rsidRPr="00B06CCF">
        <w:rPr>
          <w:rFonts w:eastAsia="Arial"/>
          <w:lang w:val="it-IT"/>
        </w:rPr>
        <w:t>l'iscrizione del/della proprio/a figlio/a al Percorso a indirizzo musicale - specialità strumentale Flauto</w:t>
      </w:r>
      <w:r w:rsidR="005B20B0">
        <w:rPr>
          <w:rFonts w:eastAsia="Arial"/>
          <w:lang w:val="it-IT"/>
        </w:rPr>
        <w:t xml:space="preserve"> traverso</w:t>
      </w:r>
      <w:r w:rsidRPr="00B06CCF">
        <w:rPr>
          <w:rFonts w:eastAsia="Arial"/>
          <w:lang w:val="it-IT"/>
        </w:rPr>
        <w:t>, in relazione alla disponibilità dei n. 5 posti comunicata dall'Istituto.</w:t>
      </w:r>
    </w:p>
    <w:p w14:paraId="0C7148C0" w14:textId="77777777" w:rsidR="00A31500" w:rsidRPr="00B06CCF" w:rsidRDefault="00B06CCF" w:rsidP="00B06CCF">
      <w:pPr>
        <w:spacing w:after="140" w:line="240" w:lineRule="auto"/>
        <w:jc w:val="both"/>
        <w:rPr>
          <w:lang w:val="it-IT"/>
        </w:rPr>
      </w:pPr>
      <w:r w:rsidRPr="00B06CCF">
        <w:rPr>
          <w:rFonts w:eastAsia="Arial"/>
          <w:lang w:val="it-IT"/>
        </w:rPr>
        <w:t>Il/La sottoscritto/a dichiara di essere a conoscenza che l'iscrizione comporta la frequenza delle attività previste dal Percorso a indirizzo musicale secondo l'organizzazione oraria stabilita dall'Istituto.</w:t>
      </w:r>
    </w:p>
    <w:p w14:paraId="71009B14" w14:textId="397AEC41" w:rsidR="00A31500" w:rsidRPr="00B06CCF" w:rsidRDefault="00B06CCF" w:rsidP="00B06CCF">
      <w:pPr>
        <w:spacing w:after="160" w:line="240" w:lineRule="auto"/>
        <w:jc w:val="both"/>
        <w:rPr>
          <w:lang w:val="it-IT"/>
        </w:rPr>
      </w:pPr>
      <w:r w:rsidRPr="00B06CCF">
        <w:rPr>
          <w:rFonts w:eastAsia="Arial"/>
          <w:b/>
          <w:lang w:val="it-IT"/>
        </w:rPr>
        <w:t>La presente domanda dovrà essere presentata entro e non oltre lunedì 2</w:t>
      </w:r>
      <w:r w:rsidR="00D76F45">
        <w:rPr>
          <w:rFonts w:eastAsia="Arial"/>
          <w:b/>
          <w:lang w:val="it-IT"/>
        </w:rPr>
        <w:t xml:space="preserve">8 </w:t>
      </w:r>
      <w:r w:rsidRPr="00B06CCF">
        <w:rPr>
          <w:rFonts w:eastAsia="Arial"/>
          <w:b/>
          <w:lang w:val="it-IT"/>
        </w:rPr>
        <w:t>settembre 2026.</w:t>
      </w:r>
    </w:p>
    <w:p w14:paraId="20130A61" w14:textId="7CBE6F5A" w:rsidR="00A31500" w:rsidRPr="00B06CCF" w:rsidRDefault="00A31500" w:rsidP="00B06CCF">
      <w:pPr>
        <w:spacing w:after="160" w:line="240" w:lineRule="auto"/>
        <w:jc w:val="both"/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61"/>
        <w:gridCol w:w="5261"/>
      </w:tblGrid>
      <w:tr w:rsidR="00A31500" w14:paraId="10026160" w14:textId="77777777">
        <w:trPr>
          <w:jc w:val="center"/>
        </w:trPr>
        <w:tc>
          <w:tcPr>
            <w:tcW w:w="526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82011C" w14:textId="427504C5" w:rsidR="00A31500" w:rsidRDefault="00B06CCF" w:rsidP="00B06CCF">
            <w:pPr>
              <w:spacing w:after="0"/>
              <w:ind w:left="-82"/>
            </w:pPr>
            <w:proofErr w:type="spellStart"/>
            <w:r>
              <w:rPr>
                <w:rFonts w:eastAsia="Arial"/>
                <w:sz w:val="21"/>
              </w:rPr>
              <w:t>Nardò</w:t>
            </w:r>
            <w:proofErr w:type="spellEnd"/>
            <w:r>
              <w:rPr>
                <w:rFonts w:eastAsia="Arial"/>
                <w:sz w:val="21"/>
              </w:rPr>
              <w:t>, ____</w:t>
            </w:r>
            <w:r w:rsidR="006C0B17">
              <w:rPr>
                <w:rFonts w:eastAsia="Arial"/>
                <w:sz w:val="21"/>
              </w:rPr>
              <w:t>___________________</w:t>
            </w:r>
          </w:p>
        </w:tc>
        <w:tc>
          <w:tcPr>
            <w:tcW w:w="526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1EC376" w14:textId="7CCCAA36" w:rsidR="00B06CCF" w:rsidRPr="006C0B17" w:rsidRDefault="00B06CCF">
            <w:pPr>
              <w:spacing w:after="0"/>
              <w:jc w:val="center"/>
              <w:rPr>
                <w:rFonts w:eastAsia="Arial"/>
              </w:rPr>
            </w:pPr>
            <w:r w:rsidRPr="006C0B17">
              <w:rPr>
                <w:rFonts w:eastAsia="Arial"/>
              </w:rPr>
              <w:t>Firm</w:t>
            </w:r>
            <w:r w:rsidR="006C0B17" w:rsidRPr="006C0B17">
              <w:rPr>
                <w:rFonts w:eastAsia="Arial"/>
              </w:rPr>
              <w:t>e</w:t>
            </w:r>
            <w:r w:rsidRPr="006C0B17">
              <w:rPr>
                <w:rFonts w:eastAsia="Arial"/>
              </w:rPr>
              <w:t xml:space="preserve"> </w:t>
            </w:r>
            <w:proofErr w:type="spellStart"/>
            <w:r w:rsidRPr="006C0B17">
              <w:rPr>
                <w:rFonts w:eastAsia="Arial"/>
              </w:rPr>
              <w:t>dei</w:t>
            </w:r>
            <w:proofErr w:type="spellEnd"/>
            <w:r w:rsidRPr="006C0B17">
              <w:rPr>
                <w:rFonts w:eastAsia="Arial"/>
              </w:rPr>
              <w:t xml:space="preserve"> </w:t>
            </w:r>
            <w:proofErr w:type="spellStart"/>
            <w:r w:rsidRPr="006C0B17">
              <w:rPr>
                <w:rFonts w:eastAsia="Arial"/>
              </w:rPr>
              <w:t>genitori</w:t>
            </w:r>
            <w:proofErr w:type="spellEnd"/>
            <w:r w:rsidR="00EE673B" w:rsidRPr="006C0B17">
              <w:rPr>
                <w:rFonts w:eastAsia="Arial"/>
              </w:rPr>
              <w:t>/</w:t>
            </w:r>
            <w:proofErr w:type="spellStart"/>
            <w:r w:rsidR="00EE673B" w:rsidRPr="006C0B17">
              <w:rPr>
                <w:rFonts w:eastAsia="Arial"/>
              </w:rPr>
              <w:t>tutori</w:t>
            </w:r>
            <w:proofErr w:type="spellEnd"/>
          </w:p>
          <w:p w14:paraId="377148CB" w14:textId="39F6AB9E" w:rsidR="00B06CCF" w:rsidRPr="00B06CCF" w:rsidRDefault="00B06CCF">
            <w:pPr>
              <w:spacing w:after="0"/>
              <w:jc w:val="center"/>
              <w:rPr>
                <w:rFonts w:eastAsia="Arial"/>
                <w:sz w:val="21"/>
              </w:rPr>
            </w:pPr>
            <w:r>
              <w:rPr>
                <w:rFonts w:eastAsia="Arial"/>
                <w:sz w:val="21"/>
              </w:rPr>
              <w:br/>
              <w:t>___________________________</w:t>
            </w:r>
          </w:p>
        </w:tc>
      </w:tr>
    </w:tbl>
    <w:p w14:paraId="0C52AA96" w14:textId="77777777" w:rsidR="00EE673B" w:rsidRDefault="00B06CCF" w:rsidP="00EE673B">
      <w:r>
        <w:tab/>
        <w:t xml:space="preserve">                                                                                           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B9C5FC" w14:textId="4DAEB02C" w:rsidR="00EE673B" w:rsidRPr="00EE673B" w:rsidRDefault="00EE673B" w:rsidP="00EE673B">
      <w:pPr>
        <w:rPr>
          <w:lang w:val="it-IT"/>
        </w:rPr>
      </w:pPr>
      <w:r w:rsidRPr="00EE673B">
        <w:rPr>
          <w:b/>
          <w:sz w:val="21"/>
          <w:lang w:val="it-IT"/>
        </w:rPr>
        <w:t>FIRMA DI UN SOLO GENITORE/TUTO</w:t>
      </w:r>
      <w:r>
        <w:rPr>
          <w:b/>
          <w:sz w:val="21"/>
          <w:lang w:val="it-IT"/>
        </w:rPr>
        <w:t>RE</w:t>
      </w:r>
    </w:p>
    <w:p w14:paraId="6CED1D3A" w14:textId="77777777" w:rsidR="00EE673B" w:rsidRPr="00EE673B" w:rsidRDefault="00EE673B" w:rsidP="00EE673B">
      <w:pPr>
        <w:spacing w:after="100"/>
        <w:jc w:val="both"/>
        <w:rPr>
          <w:lang w:val="it-IT"/>
        </w:rPr>
      </w:pPr>
      <w:r w:rsidRPr="00EE673B">
        <w:rPr>
          <w:lang w:val="it-IT"/>
        </w:rPr>
        <w:t>Qualora il presente modulo venga sottoscritto da un solo genitore/tutore/affidatario, il/la firmatario/a dichiara, ai sensi dell’art. 47 del D.P.R. 28 dicembre 2000, n. 445, di aver informato l’altro genitore esercente la responsabilità genitoriale della scelta espressa nel presente modulo, di non essere a conoscenza di un suo dissenso e di agire nel rispetto degli artt. 316, 337-ter e 337-quater del Codice civile, salvo diversa disposizione dell’Autorità giudiziaria.</w:t>
      </w:r>
    </w:p>
    <w:p w14:paraId="5F871B40" w14:textId="77777777" w:rsidR="00EE673B" w:rsidRPr="00EE673B" w:rsidRDefault="00EE673B" w:rsidP="00EE673B">
      <w:pPr>
        <w:spacing w:after="100"/>
        <w:jc w:val="both"/>
        <w:rPr>
          <w:lang w:val="it-IT"/>
        </w:rPr>
      </w:pPr>
      <w:r w:rsidRPr="00EE673B">
        <w:rPr>
          <w:lang w:val="it-IT"/>
        </w:rPr>
        <w:t>Il/La sottoscritto/a è consapevole delle conseguenze previste dagli artt. 75 e 76 del medesimo D.P.R. n. 445/2000 in caso di dichiarazioni non veritiere.</w:t>
      </w:r>
    </w:p>
    <w:p w14:paraId="2F649CF9" w14:textId="77777777" w:rsidR="00EE673B" w:rsidRPr="00EE673B" w:rsidRDefault="00EE673B" w:rsidP="00EE673B">
      <w:pPr>
        <w:spacing w:after="100"/>
        <w:rPr>
          <w:lang w:val="it-IT"/>
        </w:rPr>
      </w:pPr>
    </w:p>
    <w:p w14:paraId="41E6C4EA" w14:textId="77777777" w:rsidR="00EE673B" w:rsidRPr="00EE673B" w:rsidRDefault="00EE673B" w:rsidP="00EE673B">
      <w:pPr>
        <w:spacing w:after="100"/>
        <w:rPr>
          <w:lang w:val="it-IT"/>
        </w:rPr>
      </w:pPr>
      <w:r w:rsidRPr="00EE673B">
        <w:rPr>
          <w:lang w:val="it-IT"/>
        </w:rPr>
        <w:t>Nardò, _______________________</w:t>
      </w:r>
    </w:p>
    <w:p w14:paraId="4D1D1149" w14:textId="72DB37E7" w:rsidR="00EE673B" w:rsidRPr="00EE673B" w:rsidRDefault="00EE673B" w:rsidP="00EE673B">
      <w:pPr>
        <w:spacing w:after="80"/>
        <w:ind w:right="-546"/>
        <w:jc w:val="center"/>
        <w:rPr>
          <w:bCs/>
          <w:lang w:val="it-IT"/>
        </w:rPr>
      </w:pP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/>
          <w:lang w:val="it-IT"/>
        </w:rPr>
        <w:tab/>
      </w:r>
      <w:r w:rsidRPr="00EE673B">
        <w:rPr>
          <w:bCs/>
          <w:lang w:val="it-IT"/>
        </w:rPr>
        <w:t xml:space="preserve">    Firma del genitore/tutore</w:t>
      </w:r>
    </w:p>
    <w:p w14:paraId="06CD150F" w14:textId="422DD1ED" w:rsidR="00B06CCF" w:rsidRPr="006C0B17" w:rsidRDefault="00EE673B" w:rsidP="00EE673B">
      <w:pPr>
        <w:rPr>
          <w:lang w:val="it-IT"/>
        </w:rPr>
      </w:pP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</w:r>
      <w:r w:rsidRPr="00EE673B">
        <w:rPr>
          <w:bCs/>
          <w:lang w:val="it-IT"/>
        </w:rPr>
        <w:tab/>
        <w:t xml:space="preserve">              </w:t>
      </w:r>
      <w:r w:rsidRPr="006C0B17">
        <w:rPr>
          <w:bCs/>
          <w:lang w:val="it-IT"/>
        </w:rPr>
        <w:t>___________________________</w:t>
      </w:r>
    </w:p>
    <w:sectPr w:rsidR="00B06CCF" w:rsidRPr="006C0B17" w:rsidSect="00034616">
      <w:pgSz w:w="11905" w:h="16838"/>
      <w:pgMar w:top="547" w:right="691" w:bottom="605" w:left="691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20B0"/>
    <w:rsid w:val="006C0B17"/>
    <w:rsid w:val="009B5EEE"/>
    <w:rsid w:val="00A31500"/>
    <w:rsid w:val="00AA1D8D"/>
    <w:rsid w:val="00B06CCF"/>
    <w:rsid w:val="00B47730"/>
    <w:rsid w:val="00CB0664"/>
    <w:rsid w:val="00D76F45"/>
    <w:rsid w:val="00EE67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677C7"/>
  <w14:defaultImageDpi w14:val="300"/>
  <w15:docId w15:val="{B21A4D1A-DCB9-294C-B4C2-128E566C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Disponibilità ad effettuare ore eccedenti per sostituzione docenti assenti - a.s. 2026/2027</dc:title>
  <dc:subject>Circolare interna</dc:subject>
  <dc:creator>Istituto Comprensivo POLO 1 NARDÒ</dc:creator>
  <cp:keywords/>
  <dc:description/>
  <cp:lastModifiedBy>Microsoft Office User</cp:lastModifiedBy>
  <cp:revision>6</cp:revision>
  <dcterms:created xsi:type="dcterms:W3CDTF">2013-12-23T23:15:00Z</dcterms:created>
  <dcterms:modified xsi:type="dcterms:W3CDTF">2026-09-15T17:02:00Z</dcterms:modified>
  <cp:category/>
</cp:coreProperties>
</file>